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color w:val="C00000"/>
          <w:sz w:val="22"/>
        </w:rPr>
        <w:t>FIERA MILANO BRASIL</w:t>
      </w:r>
    </w:p>
    <w:p>
      <w:pPr>
        <w:jc w:val="center"/>
      </w:pPr>
      <w:r>
        <w:rPr>
          <w:b/>
          <w:color w:val="595959"/>
          <w:sz w:val="20"/>
        </w:rPr>
        <w:t>MODELO PARA EXPOSITORES</w:t>
      </w:r>
    </w:p>
    <w:p>
      <w:pPr>
        <w:jc w:val="center"/>
      </w:pPr>
      <w:r>
        <w:rPr>
          <w:b/>
          <w:color w:val="C00000"/>
          <w:sz w:val="52"/>
        </w:rPr>
        <w:t>Pagina/Convite para Divulgar o Estande</w:t>
      </w:r>
    </w:p>
    <w:p>
      <w:pPr>
        <w:jc w:val="center"/>
      </w:pPr>
      <w:r>
        <w:rPr>
          <w:i/>
          <w:color w:val="505050"/>
          <w:sz w:val="28"/>
        </w:rPr>
        <w:t>Como fazer o visitante certo encontrar sua empresa na feira</w:t>
      </w:r>
    </w:p>
    <w:p/>
    <w:tbl>
      <w:tblPr>
        <w:tblW w:type="auto" w:w="0"/>
        <w:jc w:val="center"/>
        <w:tblLook w:firstColumn="1" w:firstRow="1" w:lastColumn="0" w:lastRow="0" w:noHBand="0" w:noVBand="1" w:val="04A0"/>
        <w:tblBorders>
          <w:top w:val="single" w:sz="6" w:space="0" w:color="F2F2F2"/>
          <w:left w:val="single" w:sz="6" w:space="0" w:color="F2F2F2"/>
          <w:bottom w:val="single" w:sz="6" w:space="0" w:color="F2F2F2"/>
          <w:right w:val="single" w:sz="6" w:space="0" w:color="F2F2F2"/>
          <w:insideH w:val="single" w:sz="6" w:space="0" w:color="F2F2F2"/>
          <w:insideV w:val="single" w:sz="6" w:space="0" w:color="F2F2F2"/>
        </w:tblBorders>
      </w:tblPr>
      <w:tblGrid>
        <w:gridCol w:w="10368"/>
      </w:tblGrid>
      <w:tr>
        <w:tc>
          <w:tcPr>
            <w:tcW w:type="dxa" w:w="10368"/>
            <w:shd w:fill="F2F2F2"/>
            <w:tcMar>
              <w:top w:w="260" w:type="dxa"/>
              <w:start w:w="260" w:type="dxa"/>
              <w:bottom w:w="260" w:type="dxa"/>
              <w:end w:w="260" w:type="dxa"/>
            </w:tcMar>
          </w:tcPr>
          <w:p>
            <w:pPr>
              <w:jc w:val="center"/>
            </w:pPr>
            <w:r>
              <w:rPr>
                <w:sz w:val="22"/>
              </w:rPr>
              <w:t>Use este modelo para criar uma pagina simples, um convite digital ou uma comunicacao comercial que ajude clientes, prospects e compradores a localizarem seu estande, entenderem o motivo da visita e agendarem uma conversa com sua equipe.</w:t>
            </w:r>
          </w:p>
        </w:tc>
      </w:tr>
    </w:tbl>
    <w:p/>
    <w:p>
      <w:pPr>
        <w:jc w:val="center"/>
      </w:pPr>
      <w:r>
        <w:rPr>
          <w:sz w:val="20"/>
        </w:rPr>
        <w:t>Evento: [Nome do evento]</w:t>
      </w:r>
    </w:p>
    <w:p>
      <w:pPr>
        <w:jc w:val="center"/>
      </w:pPr>
      <w:r>
        <w:rPr>
          <w:sz w:val="20"/>
        </w:rPr>
        <w:t>Empresa expositora: [Nome da empresa]</w:t>
      </w:r>
    </w:p>
    <w:p>
      <w:pPr>
        <w:jc w:val="center"/>
      </w:pPr>
      <w:r>
        <w:rPr>
          <w:sz w:val="20"/>
        </w:rPr>
        <w:t>Estande: [Numero/Rua/Pavilhao]</w:t>
      </w:r>
    </w:p>
    <w:p>
      <w:pPr>
        <w:jc w:val="center"/>
      </w:pPr>
      <w:r>
        <w:rPr>
          <w:sz w:val="20"/>
        </w:rPr>
        <w:t>Periodo: [Data do evento]</w:t>
      </w:r>
    </w:p>
    <w:p>
      <w:pPr>
        <w:jc w:val="center"/>
      </w:pPr>
      <w:r>
        <w:rPr>
          <w:color w:val="787878"/>
          <w:sz w:val="18"/>
        </w:rPr>
        <w:t>Material editavel para uso em eventos da Fiera Milano Brasil</w:t>
      </w:r>
    </w:p>
    <w:p>
      <w:r>
        <w:br w:type="page"/>
      </w:r>
    </w:p>
    <w:p>
      <w:pPr>
        <w:pStyle w:val="Heading1"/>
      </w:pPr>
      <w:r>
        <w:t>1. Como usar este modelo</w:t>
      </w:r>
    </w:p>
    <w:p>
      <w:pPr/>
      <w:r>
        <w:t>Este material foi criado para ajudar o expositor a divulgar sua presenca no evento de forma mais estrategica. A ideia e montar uma pagina ou convite digital com informacoes claras, argumentos de visita, localizacao do estande, destaques da empresa e chamadas para acao.</w:t>
      </w:r>
    </w:p>
    <w:p>
      <w:pPr/>
      <w:r>
        <w:t>O objetivo nao e apenas informar que a empresa estara na feira. O objetivo e fazer com que o visitante certo entenda por que deve incluir o estande na sua rota de visitação.</w:t>
      </w:r>
    </w:p>
    <w:p>
      <w:pPr>
        <w:pStyle w:val="Heading2"/>
      </w:pPr>
      <w:r>
        <w:t>Este modelo pode ser usado para:</w:t>
      </w:r>
    </w:p>
    <w:p>
      <w:pPr>
        <w:pStyle w:val="ListBullet"/>
      </w:pPr>
      <w:r>
        <w:t>pagina no site da empresa divulgando a participacao no evento;</w:t>
      </w:r>
    </w:p>
    <w:p>
      <w:pPr>
        <w:pStyle w:val="ListBullet"/>
      </w:pPr>
      <w:r>
        <w:t>landing page de convite para clientes e prospects;</w:t>
      </w:r>
    </w:p>
    <w:p>
      <w:pPr>
        <w:pStyle w:val="ListBullet"/>
      </w:pPr>
      <w:r>
        <w:t>e-mail convite para a base comercial;</w:t>
      </w:r>
    </w:p>
    <w:p>
      <w:pPr>
        <w:pStyle w:val="ListBullet"/>
      </w:pPr>
      <w:r>
        <w:t>mensagem de WhatsApp ou LinkedIn;</w:t>
      </w:r>
    </w:p>
    <w:p>
      <w:pPr>
        <w:pStyle w:val="ListBullet"/>
      </w:pPr>
      <w:r>
        <w:t>material de apoio para equipe comercial;</w:t>
      </w:r>
    </w:p>
    <w:p>
      <w:pPr>
        <w:pStyle w:val="ListBullet"/>
      </w:pPr>
      <w:r>
        <w:t>conteudo para QR Code em posts, assinaturas de e-mail e materiais digitais.</w:t>
      </w:r>
    </w:p>
    <w:p>
      <w:pPr>
        <w:pStyle w:val="Heading2"/>
      </w:pPr>
      <w:r>
        <w:t>Principio central</w:t>
      </w:r>
    </w:p>
    <w:p>
      <w:pPr/>
      <w:r>
        <w:t>O visitante precisa responder rapidamente a tres perguntas: por que visitar, onde encontrar a empresa e qual proximo passo tomar.</w:t>
      </w:r>
    </w:p>
    <w:p>
      <w:pPr>
        <w:pStyle w:val="Heading1"/>
      </w:pPr>
      <w:r>
        <w:t>2. Briefing do expositor</w:t>
      </w:r>
    </w:p>
    <w:p>
      <w:pPr/>
      <w:r>
        <w:t>Preencha este briefing antes de criar a pagina ou convite. Ele ajuda a organizar a mensagem e evitar uma comunicacao generica.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  <w:tblBorders>
          <w:top w:val="single" w:sz="6" w:space="0" w:color="D9D9D9"/>
          <w:left w:val="single" w:sz="6" w:space="0" w:color="D9D9D9"/>
          <w:bottom w:val="single" w:sz="6" w:space="0" w:color="D9D9D9"/>
          <w:right w:val="single" w:sz="6" w:space="0" w:color="D9D9D9"/>
          <w:insideH w:val="single" w:sz="6" w:space="0" w:color="D9D9D9"/>
          <w:insideV w:val="single" w:sz="6" w:space="0" w:color="D9D9D9"/>
        </w:tblBorders>
      </w:tblPr>
      <w:tblGrid>
        <w:gridCol w:w="5184"/>
        <w:gridCol w:w="5184"/>
      </w:tblGrid>
      <w:tr>
        <w:tc>
          <w:tcPr>
            <w:tcW w:type="dxa" w:w="3312"/>
            <w:shd w:fill="C00000"/>
            <w:vAlign w:val="center"/>
            <w:tcMar>
              <w:top w:w="120" w:type="dxa"/>
              <w:start w:w="120" w:type="dxa"/>
              <w:bottom w:w="120" w:type="dxa"/>
              <w:end w:w="120" w:type="dxa"/>
            </w:tcMar>
          </w:tcPr>
          <w:p>
            <w:r/>
            <w:r>
              <w:rPr>
                <w:b/>
                <w:color w:val="FFFFFF"/>
                <w:sz w:val="17"/>
              </w:rPr>
              <w:t>Campo</w:t>
            </w:r>
          </w:p>
        </w:tc>
        <w:tc>
          <w:tcPr>
            <w:tcW w:type="dxa" w:w="6912"/>
            <w:shd w:fill="C00000"/>
            <w:vAlign w:val="center"/>
            <w:tcMar>
              <w:top w:w="120" w:type="dxa"/>
              <w:start w:w="120" w:type="dxa"/>
              <w:bottom w:w="120" w:type="dxa"/>
              <w:end w:w="120" w:type="dxa"/>
            </w:tcMar>
          </w:tcPr>
          <w:p>
            <w:r/>
            <w:r>
              <w:rPr>
                <w:b/>
                <w:color w:val="FFFFFF"/>
                <w:sz w:val="17"/>
              </w:rPr>
              <w:t>Preenchimento</w:t>
            </w:r>
          </w:p>
        </w:tc>
      </w:tr>
      <w:tr>
        <w:tc>
          <w:tcPr>
            <w:tcW w:type="dxa" w:w="3312"/>
            <w:vAlign w:val="top"/>
            <w:tcMar>
              <w:top w:w="120" w:type="dxa"/>
              <w:start w:w="120" w:type="dxa"/>
              <w:bottom w:w="120" w:type="dxa"/>
              <w:end w:w="120" w:type="dxa"/>
            </w:tcMar>
          </w:tcPr>
          <w:p>
            <w:r/>
            <w:r>
              <w:rPr>
                <w:b w:val="0"/>
                <w:sz w:val="17"/>
              </w:rPr>
              <w:t>Nome do evento</w:t>
            </w:r>
          </w:p>
        </w:tc>
        <w:tc>
          <w:tcPr>
            <w:tcW w:type="dxa" w:w="6912"/>
            <w:vAlign w:val="top"/>
            <w:tcMar>
              <w:top w:w="120" w:type="dxa"/>
              <w:start w:w="120" w:type="dxa"/>
              <w:bottom w:w="120" w:type="dxa"/>
              <w:end w:w="120" w:type="dxa"/>
            </w:tcMar>
          </w:tcPr>
          <w:p>
            <w:r/>
            <w:r>
              <w:rPr>
                <w:b w:val="0"/>
                <w:sz w:val="17"/>
              </w:rPr>
              <w:t>[Inserir]</w:t>
            </w:r>
          </w:p>
        </w:tc>
      </w:tr>
      <w:tr>
        <w:tc>
          <w:tcPr>
            <w:tcW w:type="dxa" w:w="3312"/>
            <w:vAlign w:val="top"/>
            <w:tcMar>
              <w:top w:w="120" w:type="dxa"/>
              <w:start w:w="120" w:type="dxa"/>
              <w:bottom w:w="120" w:type="dxa"/>
              <w:end w:w="120" w:type="dxa"/>
            </w:tcMar>
          </w:tcPr>
          <w:p>
            <w:r/>
            <w:r>
              <w:rPr>
                <w:b w:val="0"/>
                <w:sz w:val="17"/>
              </w:rPr>
              <w:t>Data e local</w:t>
            </w:r>
          </w:p>
        </w:tc>
        <w:tc>
          <w:tcPr>
            <w:tcW w:type="dxa" w:w="6912"/>
            <w:vAlign w:val="top"/>
            <w:tcMar>
              <w:top w:w="120" w:type="dxa"/>
              <w:start w:w="120" w:type="dxa"/>
              <w:bottom w:w="120" w:type="dxa"/>
              <w:end w:w="120" w:type="dxa"/>
            </w:tcMar>
          </w:tcPr>
          <w:p>
            <w:r/>
            <w:r>
              <w:rPr>
                <w:b w:val="0"/>
                <w:sz w:val="17"/>
              </w:rPr>
              <w:t>[Inserir]</w:t>
            </w:r>
          </w:p>
        </w:tc>
      </w:tr>
      <w:tr>
        <w:tc>
          <w:tcPr>
            <w:tcW w:type="dxa" w:w="3312"/>
            <w:vAlign w:val="top"/>
            <w:tcMar>
              <w:top w:w="120" w:type="dxa"/>
              <w:start w:w="120" w:type="dxa"/>
              <w:bottom w:w="120" w:type="dxa"/>
              <w:end w:w="120" w:type="dxa"/>
            </w:tcMar>
          </w:tcPr>
          <w:p>
            <w:r/>
            <w:r>
              <w:rPr>
                <w:b w:val="0"/>
                <w:sz w:val="17"/>
              </w:rPr>
              <w:t>Empresa expositora</w:t>
            </w:r>
          </w:p>
        </w:tc>
        <w:tc>
          <w:tcPr>
            <w:tcW w:type="dxa" w:w="6912"/>
            <w:vAlign w:val="top"/>
            <w:tcMar>
              <w:top w:w="120" w:type="dxa"/>
              <w:start w:w="120" w:type="dxa"/>
              <w:bottom w:w="120" w:type="dxa"/>
              <w:end w:w="120" w:type="dxa"/>
            </w:tcMar>
          </w:tcPr>
          <w:p>
            <w:r/>
            <w:r>
              <w:rPr>
                <w:b w:val="0"/>
                <w:sz w:val="17"/>
              </w:rPr>
              <w:t>[Inserir]</w:t>
            </w:r>
          </w:p>
        </w:tc>
      </w:tr>
      <w:tr>
        <w:tc>
          <w:tcPr>
            <w:tcW w:type="dxa" w:w="3312"/>
            <w:vAlign w:val="top"/>
            <w:tcMar>
              <w:top w:w="120" w:type="dxa"/>
              <w:start w:w="120" w:type="dxa"/>
              <w:bottom w:w="120" w:type="dxa"/>
              <w:end w:w="120" w:type="dxa"/>
            </w:tcMar>
          </w:tcPr>
          <w:p>
            <w:r/>
            <w:r>
              <w:rPr>
                <w:b w:val="0"/>
                <w:sz w:val="17"/>
              </w:rPr>
              <w:t>Numero do estande / rua / pavilhao</w:t>
            </w:r>
          </w:p>
        </w:tc>
        <w:tc>
          <w:tcPr>
            <w:tcW w:type="dxa" w:w="6912"/>
            <w:vAlign w:val="top"/>
            <w:tcMar>
              <w:top w:w="120" w:type="dxa"/>
              <w:start w:w="120" w:type="dxa"/>
              <w:bottom w:w="120" w:type="dxa"/>
              <w:end w:w="120" w:type="dxa"/>
            </w:tcMar>
          </w:tcPr>
          <w:p>
            <w:r/>
            <w:r>
              <w:rPr>
                <w:b w:val="0"/>
                <w:sz w:val="17"/>
              </w:rPr>
              <w:t>[Inserir]</w:t>
            </w:r>
          </w:p>
        </w:tc>
      </w:tr>
      <w:tr>
        <w:tc>
          <w:tcPr>
            <w:tcW w:type="dxa" w:w="3312"/>
            <w:vAlign w:val="top"/>
            <w:tcMar>
              <w:top w:w="120" w:type="dxa"/>
              <w:start w:w="120" w:type="dxa"/>
              <w:bottom w:w="120" w:type="dxa"/>
              <w:end w:w="120" w:type="dxa"/>
            </w:tcMar>
          </w:tcPr>
          <w:p>
            <w:r/>
            <w:r>
              <w:rPr>
                <w:b w:val="0"/>
                <w:sz w:val="17"/>
              </w:rPr>
              <w:t>Publico prioritario</w:t>
            </w:r>
          </w:p>
        </w:tc>
        <w:tc>
          <w:tcPr>
            <w:tcW w:type="dxa" w:w="6912"/>
            <w:vAlign w:val="top"/>
            <w:tcMar>
              <w:top w:w="120" w:type="dxa"/>
              <w:start w:w="120" w:type="dxa"/>
              <w:bottom w:w="120" w:type="dxa"/>
              <w:end w:w="120" w:type="dxa"/>
            </w:tcMar>
          </w:tcPr>
          <w:p>
            <w:r/>
            <w:r>
              <w:rPr>
                <w:b w:val="0"/>
                <w:sz w:val="17"/>
              </w:rPr>
              <w:t>[Clientes atuais, prospects, compradores, distribuidores, parceiros etc.]</w:t>
            </w:r>
          </w:p>
        </w:tc>
      </w:tr>
      <w:tr>
        <w:tc>
          <w:tcPr>
            <w:tcW w:type="dxa" w:w="3312"/>
            <w:vAlign w:val="top"/>
            <w:tcMar>
              <w:top w:w="120" w:type="dxa"/>
              <w:start w:w="120" w:type="dxa"/>
              <w:bottom w:w="120" w:type="dxa"/>
              <w:end w:w="120" w:type="dxa"/>
            </w:tcMar>
          </w:tcPr>
          <w:p>
            <w:r/>
            <w:r>
              <w:rPr>
                <w:b w:val="0"/>
                <w:sz w:val="17"/>
              </w:rPr>
              <w:t>Objetivo da visita</w:t>
            </w:r>
          </w:p>
        </w:tc>
        <w:tc>
          <w:tcPr>
            <w:tcW w:type="dxa" w:w="6912"/>
            <w:vAlign w:val="top"/>
            <w:tcMar>
              <w:top w:w="120" w:type="dxa"/>
              <w:start w:w="120" w:type="dxa"/>
              <w:bottom w:w="120" w:type="dxa"/>
              <w:end w:w="120" w:type="dxa"/>
            </w:tcMar>
          </w:tcPr>
          <w:p>
            <w:r/>
            <w:r>
              <w:rPr>
                <w:b w:val="0"/>
                <w:sz w:val="17"/>
              </w:rPr>
              <w:t>[Conhecer lancamento, agendar reuniao, ver demonstracao, falar com especialista etc.]</w:t>
            </w:r>
          </w:p>
        </w:tc>
      </w:tr>
      <w:tr>
        <w:tc>
          <w:tcPr>
            <w:tcW w:type="dxa" w:w="3312"/>
            <w:vAlign w:val="top"/>
            <w:tcMar>
              <w:top w:w="120" w:type="dxa"/>
              <w:start w:w="120" w:type="dxa"/>
              <w:bottom w:w="120" w:type="dxa"/>
              <w:end w:w="120" w:type="dxa"/>
            </w:tcMar>
          </w:tcPr>
          <w:p>
            <w:r/>
            <w:r>
              <w:rPr>
                <w:b w:val="0"/>
                <w:sz w:val="17"/>
              </w:rPr>
              <w:t>Produtos ou solucoes em destaque</w:t>
            </w:r>
          </w:p>
        </w:tc>
        <w:tc>
          <w:tcPr>
            <w:tcW w:type="dxa" w:w="6912"/>
            <w:vAlign w:val="top"/>
            <w:tcMar>
              <w:top w:w="120" w:type="dxa"/>
              <w:start w:w="120" w:type="dxa"/>
              <w:bottom w:w="120" w:type="dxa"/>
              <w:end w:w="120" w:type="dxa"/>
            </w:tcMar>
          </w:tcPr>
          <w:p>
            <w:r/>
            <w:r>
              <w:rPr>
                <w:b w:val="0"/>
                <w:sz w:val="17"/>
              </w:rPr>
              <w:t>[Inserir]</w:t>
            </w:r>
          </w:p>
        </w:tc>
      </w:tr>
      <w:tr>
        <w:tc>
          <w:tcPr>
            <w:tcW w:type="dxa" w:w="3312"/>
            <w:vAlign w:val="top"/>
            <w:tcMar>
              <w:top w:w="120" w:type="dxa"/>
              <w:start w:w="120" w:type="dxa"/>
              <w:bottom w:w="120" w:type="dxa"/>
              <w:end w:w="120" w:type="dxa"/>
            </w:tcMar>
          </w:tcPr>
          <w:p>
            <w:r/>
            <w:r>
              <w:rPr>
                <w:b w:val="0"/>
                <w:sz w:val="17"/>
              </w:rPr>
              <w:t>Principal promessa da visita</w:t>
            </w:r>
          </w:p>
        </w:tc>
        <w:tc>
          <w:tcPr>
            <w:tcW w:type="dxa" w:w="6912"/>
            <w:vAlign w:val="top"/>
            <w:tcMar>
              <w:top w:w="120" w:type="dxa"/>
              <w:start w:w="120" w:type="dxa"/>
              <w:bottom w:w="120" w:type="dxa"/>
              <w:end w:w="120" w:type="dxa"/>
            </w:tcMar>
          </w:tcPr>
          <w:p>
            <w:r/>
            <w:r>
              <w:rPr>
                <w:b w:val="0"/>
                <w:sz w:val="17"/>
              </w:rPr>
              <w:t>[O que o visitante ganha ao visitar o estande?]</w:t>
            </w:r>
          </w:p>
        </w:tc>
      </w:tr>
      <w:tr>
        <w:tc>
          <w:tcPr>
            <w:tcW w:type="dxa" w:w="3312"/>
            <w:vAlign w:val="top"/>
            <w:tcMar>
              <w:top w:w="120" w:type="dxa"/>
              <w:start w:w="120" w:type="dxa"/>
              <w:bottom w:w="120" w:type="dxa"/>
              <w:end w:w="120" w:type="dxa"/>
            </w:tcMar>
          </w:tcPr>
          <w:p>
            <w:r/>
            <w:r>
              <w:rPr>
                <w:b w:val="0"/>
                <w:sz w:val="17"/>
              </w:rPr>
              <w:t>CTA principal</w:t>
            </w:r>
          </w:p>
        </w:tc>
        <w:tc>
          <w:tcPr>
            <w:tcW w:type="dxa" w:w="6912"/>
            <w:vAlign w:val="top"/>
            <w:tcMar>
              <w:top w:w="120" w:type="dxa"/>
              <w:start w:w="120" w:type="dxa"/>
              <w:bottom w:w="120" w:type="dxa"/>
              <w:end w:w="120" w:type="dxa"/>
            </w:tcMar>
          </w:tcPr>
          <w:p>
            <w:r/>
            <w:r>
              <w:rPr>
                <w:b w:val="0"/>
                <w:sz w:val="17"/>
              </w:rPr>
              <w:t>[Credencie-se / Agende uma reuniao / Visite nosso estande]</w:t>
            </w:r>
          </w:p>
        </w:tc>
      </w:tr>
      <w:tr>
        <w:tc>
          <w:tcPr>
            <w:tcW w:type="dxa" w:w="3312"/>
            <w:vAlign w:val="top"/>
            <w:tcMar>
              <w:top w:w="120" w:type="dxa"/>
              <w:start w:w="120" w:type="dxa"/>
              <w:bottom w:w="120" w:type="dxa"/>
              <w:end w:w="120" w:type="dxa"/>
            </w:tcMar>
          </w:tcPr>
          <w:p>
            <w:r/>
            <w:r>
              <w:rPr>
                <w:b w:val="0"/>
                <w:sz w:val="17"/>
              </w:rPr>
              <w:t>Link de credenciamento ou formulario</w:t>
            </w:r>
          </w:p>
        </w:tc>
        <w:tc>
          <w:tcPr>
            <w:tcW w:type="dxa" w:w="6912"/>
            <w:vAlign w:val="top"/>
            <w:tcMar>
              <w:top w:w="120" w:type="dxa"/>
              <w:start w:w="120" w:type="dxa"/>
              <w:bottom w:w="120" w:type="dxa"/>
              <w:end w:w="120" w:type="dxa"/>
            </w:tcMar>
          </w:tcPr>
          <w:p>
            <w:r/>
            <w:r>
              <w:rPr>
                <w:b w:val="0"/>
                <w:sz w:val="17"/>
              </w:rPr>
              <w:t>[Inserir]</w:t>
            </w:r>
          </w:p>
        </w:tc>
      </w:tr>
    </w:tbl>
    <w:p>
      <w:r>
        <w:br w:type="page"/>
      </w:r>
    </w:p>
    <w:p>
      <w:pPr>
        <w:pStyle w:val="Heading1"/>
      </w:pPr>
      <w:r>
        <w:t>3. Estrutura da pagina/convite</w:t>
      </w:r>
    </w:p>
    <w:p>
      <w:pPr/>
      <w:r>
        <w:t>A estrutura abaixo pode ser adaptada para landing page, pagina no site, e-mail longo, PDF convite ou comunicacao de apoio ao time comercial.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  <w:tblBorders>
          <w:top w:val="single" w:sz="6" w:space="0" w:color="D9D9D9"/>
          <w:left w:val="single" w:sz="6" w:space="0" w:color="D9D9D9"/>
          <w:bottom w:val="single" w:sz="6" w:space="0" w:color="D9D9D9"/>
          <w:right w:val="single" w:sz="6" w:space="0" w:color="D9D9D9"/>
          <w:insideH w:val="single" w:sz="6" w:space="0" w:color="D9D9D9"/>
          <w:insideV w:val="single" w:sz="6" w:space="0" w:color="D9D9D9"/>
        </w:tblBorders>
      </w:tblPr>
      <w:tblGrid>
        <w:gridCol w:w="5184"/>
        <w:gridCol w:w="5184"/>
      </w:tblGrid>
      <w:tr>
        <w:tc>
          <w:tcPr>
            <w:tcW w:type="dxa" w:w="2880"/>
            <w:shd w:fill="C00000"/>
            <w:vAlign w:val="center"/>
            <w:tcMar>
              <w:top w:w="120" w:type="dxa"/>
              <w:start w:w="120" w:type="dxa"/>
              <w:bottom w:w="120" w:type="dxa"/>
              <w:end w:w="120" w:type="dxa"/>
            </w:tcMar>
          </w:tcPr>
          <w:p>
            <w:r/>
            <w:r>
              <w:rPr>
                <w:b/>
                <w:color w:val="FFFFFF"/>
                <w:sz w:val="17"/>
              </w:rPr>
              <w:t>Bloco</w:t>
            </w:r>
          </w:p>
        </w:tc>
        <w:tc>
          <w:tcPr>
            <w:tcW w:type="dxa" w:w="7344"/>
            <w:shd w:fill="C00000"/>
            <w:vAlign w:val="center"/>
            <w:tcMar>
              <w:top w:w="120" w:type="dxa"/>
              <w:start w:w="120" w:type="dxa"/>
              <w:bottom w:w="120" w:type="dxa"/>
              <w:end w:w="120" w:type="dxa"/>
            </w:tcMar>
          </w:tcPr>
          <w:p>
            <w:r/>
            <w:r>
              <w:rPr>
                <w:b/>
                <w:color w:val="FFFFFF"/>
                <w:sz w:val="17"/>
              </w:rPr>
              <w:t>Conteudo recomendado</w:t>
            </w:r>
          </w:p>
        </w:tc>
      </w:tr>
      <w:tr>
        <w:tc>
          <w:tcPr>
            <w:tcW w:type="dxa" w:w="2880"/>
            <w:vAlign w:val="top"/>
            <w:tcMar>
              <w:top w:w="120" w:type="dxa"/>
              <w:start w:w="120" w:type="dxa"/>
              <w:bottom w:w="120" w:type="dxa"/>
              <w:end w:w="120" w:type="dxa"/>
            </w:tcMar>
          </w:tcPr>
          <w:p>
            <w:r/>
            <w:r>
              <w:rPr>
                <w:b w:val="0"/>
                <w:sz w:val="17"/>
              </w:rPr>
              <w:t>1. Titulo principal</w:t>
            </w:r>
          </w:p>
        </w:tc>
        <w:tc>
          <w:tcPr>
            <w:tcW w:type="dxa" w:w="7344"/>
            <w:vAlign w:val="top"/>
            <w:tcMar>
              <w:top w:w="120" w:type="dxa"/>
              <w:start w:w="120" w:type="dxa"/>
              <w:bottom w:w="120" w:type="dxa"/>
              <w:end w:w="120" w:type="dxa"/>
            </w:tcMar>
          </w:tcPr>
          <w:p>
            <w:r/>
            <w:r>
              <w:rPr>
                <w:b w:val="0"/>
                <w:sz w:val="17"/>
              </w:rPr>
              <w:t>[Empresa] estara na [Nome do evento]. Visite-nos no estande [numero].</w:t>
            </w:r>
          </w:p>
        </w:tc>
      </w:tr>
      <w:tr>
        <w:tc>
          <w:tcPr>
            <w:tcW w:type="dxa" w:w="2880"/>
            <w:vAlign w:val="top"/>
            <w:tcMar>
              <w:top w:w="120" w:type="dxa"/>
              <w:start w:w="120" w:type="dxa"/>
              <w:bottom w:w="120" w:type="dxa"/>
              <w:end w:w="120" w:type="dxa"/>
            </w:tcMar>
          </w:tcPr>
          <w:p>
            <w:r/>
            <w:r>
              <w:rPr>
                <w:b w:val="0"/>
                <w:sz w:val="17"/>
              </w:rPr>
              <w:t>2. Subtitulo de valor</w:t>
            </w:r>
          </w:p>
        </w:tc>
        <w:tc>
          <w:tcPr>
            <w:tcW w:type="dxa" w:w="7344"/>
            <w:vAlign w:val="top"/>
            <w:tcMar>
              <w:top w:w="120" w:type="dxa"/>
              <w:start w:w="120" w:type="dxa"/>
              <w:bottom w:w="120" w:type="dxa"/>
              <w:end w:w="120" w:type="dxa"/>
            </w:tcMar>
          </w:tcPr>
          <w:p>
            <w:r/>
            <w:r>
              <w:rPr>
                <w:b w:val="0"/>
                <w:sz w:val="17"/>
              </w:rPr>
              <w:t>Conheca [solucoes/lancamentos] desenvolvidos para ajudar empresas de [segmento] a [beneficio principal].</w:t>
            </w:r>
          </w:p>
        </w:tc>
      </w:tr>
      <w:tr>
        <w:tc>
          <w:tcPr>
            <w:tcW w:type="dxa" w:w="2880"/>
            <w:vAlign w:val="top"/>
            <w:tcMar>
              <w:top w:w="120" w:type="dxa"/>
              <w:start w:w="120" w:type="dxa"/>
              <w:bottom w:w="120" w:type="dxa"/>
              <w:end w:w="120" w:type="dxa"/>
            </w:tcMar>
          </w:tcPr>
          <w:p>
            <w:r/>
            <w:r>
              <w:rPr>
                <w:b w:val="0"/>
                <w:sz w:val="17"/>
              </w:rPr>
              <w:t>3. Informacoes essenciais</w:t>
            </w:r>
          </w:p>
        </w:tc>
        <w:tc>
          <w:tcPr>
            <w:tcW w:type="dxa" w:w="7344"/>
            <w:vAlign w:val="top"/>
            <w:tcMar>
              <w:top w:w="120" w:type="dxa"/>
              <w:start w:w="120" w:type="dxa"/>
              <w:bottom w:w="120" w:type="dxa"/>
              <w:end w:w="120" w:type="dxa"/>
            </w:tcMar>
          </w:tcPr>
          <w:p>
            <w:r/>
            <w:r>
              <w:rPr>
                <w:b w:val="0"/>
                <w:sz w:val="17"/>
              </w:rPr>
              <w:t>Data, horario, local, pavilhao, rua, numero do estande e link de credenciamento.</w:t>
            </w:r>
          </w:p>
        </w:tc>
      </w:tr>
      <w:tr>
        <w:tc>
          <w:tcPr>
            <w:tcW w:type="dxa" w:w="2880"/>
            <w:vAlign w:val="top"/>
            <w:tcMar>
              <w:top w:w="120" w:type="dxa"/>
              <w:start w:w="120" w:type="dxa"/>
              <w:bottom w:w="120" w:type="dxa"/>
              <w:end w:w="120" w:type="dxa"/>
            </w:tcMar>
          </w:tcPr>
          <w:p>
            <w:r/>
            <w:r>
              <w:rPr>
                <w:b w:val="0"/>
                <w:sz w:val="17"/>
              </w:rPr>
              <w:t>4. Motivos para visitar</w:t>
            </w:r>
          </w:p>
        </w:tc>
        <w:tc>
          <w:tcPr>
            <w:tcW w:type="dxa" w:w="7344"/>
            <w:vAlign w:val="top"/>
            <w:tcMar>
              <w:top w:w="120" w:type="dxa"/>
              <w:start w:w="120" w:type="dxa"/>
              <w:bottom w:w="120" w:type="dxa"/>
              <w:end w:w="120" w:type="dxa"/>
            </w:tcMar>
          </w:tcPr>
          <w:p>
            <w:r/>
            <w:r>
              <w:rPr>
                <w:b w:val="0"/>
                <w:sz w:val="17"/>
              </w:rPr>
              <w:t>Liste de 3 a 5 razoes claras para o visitante incluir sua empresa na rota.</w:t>
            </w:r>
          </w:p>
        </w:tc>
      </w:tr>
      <w:tr>
        <w:tc>
          <w:tcPr>
            <w:tcW w:type="dxa" w:w="2880"/>
            <w:vAlign w:val="top"/>
            <w:tcMar>
              <w:top w:w="120" w:type="dxa"/>
              <w:start w:w="120" w:type="dxa"/>
              <w:bottom w:w="120" w:type="dxa"/>
              <w:end w:w="120" w:type="dxa"/>
            </w:tcMar>
          </w:tcPr>
          <w:p>
            <w:r/>
            <w:r>
              <w:rPr>
                <w:b w:val="0"/>
                <w:sz w:val="17"/>
              </w:rPr>
              <w:t>5. Destaques do estande</w:t>
            </w:r>
          </w:p>
        </w:tc>
        <w:tc>
          <w:tcPr>
            <w:tcW w:type="dxa" w:w="7344"/>
            <w:vAlign w:val="top"/>
            <w:tcMar>
              <w:top w:w="120" w:type="dxa"/>
              <w:start w:w="120" w:type="dxa"/>
              <w:bottom w:w="120" w:type="dxa"/>
              <w:end w:w="120" w:type="dxa"/>
            </w:tcMar>
          </w:tcPr>
          <w:p>
            <w:r/>
            <w:r>
              <w:rPr>
                <w:b w:val="0"/>
                <w:sz w:val="17"/>
              </w:rPr>
              <w:t>Produtos, lancamentos, demonstracoes, especialistas, condicoes especiais ou experiencias.</w:t>
            </w:r>
          </w:p>
        </w:tc>
      </w:tr>
      <w:tr>
        <w:tc>
          <w:tcPr>
            <w:tcW w:type="dxa" w:w="2880"/>
            <w:vAlign w:val="top"/>
            <w:tcMar>
              <w:top w:w="120" w:type="dxa"/>
              <w:start w:w="120" w:type="dxa"/>
              <w:bottom w:w="120" w:type="dxa"/>
              <w:end w:w="120" w:type="dxa"/>
            </w:tcMar>
          </w:tcPr>
          <w:p>
            <w:r/>
            <w:r>
              <w:rPr>
                <w:b w:val="0"/>
                <w:sz w:val="17"/>
              </w:rPr>
              <w:t>6. Agenda ou reuniao</w:t>
            </w:r>
          </w:p>
        </w:tc>
        <w:tc>
          <w:tcPr>
            <w:tcW w:type="dxa" w:w="7344"/>
            <w:vAlign w:val="top"/>
            <w:tcMar>
              <w:top w:w="120" w:type="dxa"/>
              <w:start w:w="120" w:type="dxa"/>
              <w:bottom w:w="120" w:type="dxa"/>
              <w:end w:w="120" w:type="dxa"/>
            </w:tcMar>
          </w:tcPr>
          <w:p>
            <w:r/>
            <w:r>
              <w:rPr>
                <w:b w:val="0"/>
                <w:sz w:val="17"/>
              </w:rPr>
              <w:t>Disponibilize chamada para agendamento com a equipe comercial ou tecnica.</w:t>
            </w:r>
          </w:p>
        </w:tc>
      </w:tr>
      <w:tr>
        <w:tc>
          <w:tcPr>
            <w:tcW w:type="dxa" w:w="2880"/>
            <w:vAlign w:val="top"/>
            <w:tcMar>
              <w:top w:w="120" w:type="dxa"/>
              <w:start w:w="120" w:type="dxa"/>
              <w:bottom w:w="120" w:type="dxa"/>
              <w:end w:w="120" w:type="dxa"/>
            </w:tcMar>
          </w:tcPr>
          <w:p>
            <w:r/>
            <w:r>
              <w:rPr>
                <w:b w:val="0"/>
                <w:sz w:val="17"/>
              </w:rPr>
              <w:t>7. Como chegar</w:t>
            </w:r>
          </w:p>
        </w:tc>
        <w:tc>
          <w:tcPr>
            <w:tcW w:type="dxa" w:w="7344"/>
            <w:vAlign w:val="top"/>
            <w:tcMar>
              <w:top w:w="120" w:type="dxa"/>
              <w:start w:w="120" w:type="dxa"/>
              <w:bottom w:w="120" w:type="dxa"/>
              <w:end w:w="120" w:type="dxa"/>
            </w:tcMar>
          </w:tcPr>
          <w:p>
            <w:r/>
            <w:r>
              <w:rPr>
                <w:b w:val="0"/>
                <w:sz w:val="17"/>
              </w:rPr>
              <w:t>Inclua estande, rua, pavilhao, imagem de mapa ou instrucoes simples de localizacao.</w:t>
            </w:r>
          </w:p>
        </w:tc>
      </w:tr>
      <w:tr>
        <w:tc>
          <w:tcPr>
            <w:tcW w:type="dxa" w:w="2880"/>
            <w:vAlign w:val="top"/>
            <w:tcMar>
              <w:top w:w="120" w:type="dxa"/>
              <w:start w:w="120" w:type="dxa"/>
              <w:bottom w:w="120" w:type="dxa"/>
              <w:end w:w="120" w:type="dxa"/>
            </w:tcMar>
          </w:tcPr>
          <w:p>
            <w:r/>
            <w:r>
              <w:rPr>
                <w:b w:val="0"/>
                <w:sz w:val="17"/>
              </w:rPr>
              <w:t>8. CTA final</w:t>
            </w:r>
          </w:p>
        </w:tc>
        <w:tc>
          <w:tcPr>
            <w:tcW w:type="dxa" w:w="7344"/>
            <w:vAlign w:val="top"/>
            <w:tcMar>
              <w:top w:w="120" w:type="dxa"/>
              <w:start w:w="120" w:type="dxa"/>
              <w:bottom w:w="120" w:type="dxa"/>
              <w:end w:w="120" w:type="dxa"/>
            </w:tcMar>
          </w:tcPr>
          <w:p>
            <w:r/>
            <w:r>
              <w:rPr>
                <w:b w:val="0"/>
                <w:sz w:val="17"/>
              </w:rPr>
              <w:t>Convide o visitante a se credenciar, agendar reuniao ou confirmar a visita.</w:t>
            </w:r>
          </w:p>
        </w:tc>
      </w:tr>
    </w:tbl>
    <w:p>
      <w:pPr>
        <w:pStyle w:val="Heading1"/>
      </w:pPr>
      <w:r>
        <w:t>4. Modelo pronto de pagina/convite</w:t>
      </w:r>
    </w:p>
    <w:p>
      <w:pPr/>
      <w:r>
        <w:t>Copie, edite e adapte o texto abaixo para o evento e para os objetivos da sua empresa.</w:t>
      </w:r>
    </w:p>
    <w:tbl>
      <w:tblPr>
        <w:tblW w:type="auto" w:w="0"/>
        <w:tblLook w:firstColumn="1" w:firstRow="1" w:lastColumn="0" w:lastRow="0" w:noHBand="0" w:noVBand="1" w:val="04A0"/>
        <w:tblBorders>
          <w:top w:val="single" w:sz="6" w:space="0" w:color="F7F7F7"/>
          <w:left w:val="single" w:sz="6" w:space="0" w:color="F7F7F7"/>
          <w:bottom w:val="single" w:sz="6" w:space="0" w:color="F7F7F7"/>
          <w:right w:val="single" w:sz="6" w:space="0" w:color="F7F7F7"/>
          <w:insideH w:val="single" w:sz="6" w:space="0" w:color="F7F7F7"/>
          <w:insideV w:val="single" w:sz="6" w:space="0" w:color="F7F7F7"/>
        </w:tblBorders>
      </w:tblPr>
      <w:tblGrid>
        <w:gridCol w:w="10368"/>
      </w:tblGrid>
      <w:tr>
        <w:tc>
          <w:tcPr>
            <w:tcW w:type="dxa" w:w="10368"/>
            <w:shd w:fill="F7F7F7"/>
            <w:tcMar>
              <w:top w:w="200" w:type="dxa"/>
              <w:start w:w="200" w:type="dxa"/>
              <w:bottom w:w="200" w:type="dxa"/>
              <w:end w:w="200" w:type="dxa"/>
            </w:tcMar>
          </w:tcPr>
          <w:p>
            <w:r>
              <w:rPr>
                <w:b/>
                <w:sz w:val="18"/>
              </w:rPr>
              <w:t>[Empresa] estara na [Nome do Evento]</w:t>
            </w:r>
          </w:p>
          <w:p>
            <w:r>
              <w:rPr>
                <w:b w:val="0"/>
                <w:sz w:val="18"/>
              </w:rPr>
              <w:t>Visite nosso estande [numero] e conheca [solucao/lancamento] para [beneficio principal].</w:t>
            </w:r>
          </w:p>
          <w:p>
            <w:r>
              <w:rPr>
                <w:b/>
                <w:sz w:val="18"/>
              </w:rPr>
              <w:t>Por que visitar:</w:t>
            </w:r>
          </w:p>
          <w:p>
            <w:r>
              <w:rPr>
                <w:b w:val="0"/>
                <w:sz w:val="18"/>
              </w:rPr>
              <w:t>- Ver demonstracao pratica de [solucao].</w:t>
              <w:br/>
              <w:t>- Conversar com especialistas.</w:t>
              <w:br/>
              <w:t>- Conhecer novidades para [segmento].</w:t>
              <w:br/>
              <w:t>- Agendar uma conversa personalizada.</w:t>
            </w:r>
          </w:p>
          <w:p>
            <w:r>
              <w:rPr>
                <w:b/>
                <w:sz w:val="18"/>
              </w:rPr>
              <w:t>Onde nos encontrar:</w:t>
            </w:r>
          </w:p>
          <w:p>
            <w:r>
              <w:rPr>
                <w:b w:val="0"/>
                <w:sz w:val="18"/>
              </w:rPr>
              <w:t>Evento: [Nome do Evento] | Data: [Data] | Local: [Local] | Estande: [Numero / Rua / Pavilhao]</w:t>
            </w:r>
          </w:p>
          <w:p>
            <w:r>
              <w:rPr>
                <w:b/>
                <w:sz w:val="18"/>
              </w:rPr>
              <w:t>Chamada para acao:</w:t>
            </w:r>
          </w:p>
          <w:p>
            <w:r>
              <w:rPr>
                <w:b w:val="0"/>
                <w:sz w:val="18"/>
              </w:rPr>
              <w:t>Credencie-se e agende sua visita: [Inserir link].</w:t>
            </w:r>
          </w:p>
        </w:tc>
      </w:tr>
    </w:tbl>
    <w:p>
      <w:r>
        <w:br w:type="page"/>
      </w:r>
    </w:p>
    <w:p>
      <w:pPr>
        <w:pStyle w:val="Heading1"/>
      </w:pPr>
      <w:r>
        <w:t>5. Jornada do visitante e pontos de impacto</w:t>
      </w:r>
    </w:p>
    <w:p>
      <w:pPr/>
      <w:r>
        <w:t>A pagina ou convite deve considerar a jornada completa do visitante. Quanto mais facil for entender o valor da visita e localizar o estande, maior a chance de atrair o publico certo.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  <w:tblBorders>
          <w:top w:val="single" w:sz="6" w:space="0" w:color="D9D9D9"/>
          <w:left w:val="single" w:sz="6" w:space="0" w:color="D9D9D9"/>
          <w:bottom w:val="single" w:sz="6" w:space="0" w:color="D9D9D9"/>
          <w:right w:val="single" w:sz="6" w:space="0" w:color="D9D9D9"/>
          <w:insideH w:val="single" w:sz="6" w:space="0" w:color="D9D9D9"/>
          <w:insideV w:val="single" w:sz="6" w:space="0" w:color="D9D9D9"/>
        </w:tblBorders>
      </w:tblPr>
      <w:tblGrid>
        <w:gridCol w:w="3456"/>
        <w:gridCol w:w="3456"/>
        <w:gridCol w:w="3456"/>
      </w:tblGrid>
      <w:tr>
        <w:tc>
          <w:tcPr>
            <w:tcW w:type="dxa" w:w="2160"/>
            <w:shd w:fill="C00000"/>
            <w:vAlign w:val="center"/>
            <w:tcMar>
              <w:top w:w="120" w:type="dxa"/>
              <w:start w:w="120" w:type="dxa"/>
              <w:bottom w:w="120" w:type="dxa"/>
              <w:end w:w="120" w:type="dxa"/>
            </w:tcMar>
          </w:tcPr>
          <w:p>
            <w:r/>
            <w:r>
              <w:rPr>
                <w:b/>
                <w:color w:val="FFFFFF"/>
                <w:sz w:val="16"/>
              </w:rPr>
              <w:t>Etapa</w:t>
            </w:r>
          </w:p>
        </w:tc>
        <w:tc>
          <w:tcPr>
            <w:tcW w:type="dxa" w:w="4320"/>
            <w:shd w:fill="C00000"/>
            <w:vAlign w:val="center"/>
            <w:tcMar>
              <w:top w:w="120" w:type="dxa"/>
              <w:start w:w="120" w:type="dxa"/>
              <w:bottom w:w="120" w:type="dxa"/>
              <w:end w:w="120" w:type="dxa"/>
            </w:tcMar>
          </w:tcPr>
          <w:p>
            <w:r/>
            <w:r>
              <w:rPr>
                <w:b/>
                <w:color w:val="FFFFFF"/>
                <w:sz w:val="16"/>
              </w:rPr>
              <w:t>Canais / Ativos</w:t>
            </w:r>
          </w:p>
        </w:tc>
        <w:tc>
          <w:tcPr>
            <w:tcW w:type="dxa" w:w="3744"/>
            <w:shd w:fill="C00000"/>
            <w:vAlign w:val="center"/>
            <w:tcMar>
              <w:top w:w="120" w:type="dxa"/>
              <w:start w:w="120" w:type="dxa"/>
              <w:bottom w:w="120" w:type="dxa"/>
              <w:end w:w="120" w:type="dxa"/>
            </w:tcMar>
          </w:tcPr>
          <w:p>
            <w:r/>
            <w:r>
              <w:rPr>
                <w:b/>
                <w:color w:val="FFFFFF"/>
                <w:sz w:val="16"/>
              </w:rPr>
              <w:t>Objetivo</w:t>
            </w:r>
          </w:p>
        </w:tc>
      </w:tr>
      <w:tr>
        <w:tc>
          <w:tcPr>
            <w:tcW w:type="dxa" w:w="2160"/>
            <w:vAlign w:val="top"/>
            <w:tcMar>
              <w:top w:w="120" w:type="dxa"/>
              <w:start w:w="120" w:type="dxa"/>
              <w:bottom w:w="120" w:type="dxa"/>
              <w:end w:w="120" w:type="dxa"/>
            </w:tcMar>
          </w:tcPr>
          <w:p>
            <w:r/>
            <w:r>
              <w:rPr>
                <w:b w:val="0"/>
                <w:sz w:val="16"/>
              </w:rPr>
              <w:t>Antes da feira</w:t>
            </w:r>
          </w:p>
        </w:tc>
        <w:tc>
          <w:tcPr>
            <w:tcW w:type="dxa" w:w="4320"/>
            <w:vAlign w:val="top"/>
            <w:tcMar>
              <w:top w:w="120" w:type="dxa"/>
              <w:start w:w="120" w:type="dxa"/>
              <w:bottom w:w="120" w:type="dxa"/>
              <w:end w:w="120" w:type="dxa"/>
            </w:tcMar>
          </w:tcPr>
          <w:p>
            <w:r/>
            <w:r>
              <w:rPr>
                <w:b w:val="0"/>
                <w:sz w:val="16"/>
              </w:rPr>
              <w:t>Site, e-mail, LinkedIn, WhatsApp, assinatura de e-mail, posts e convite comercial.</w:t>
            </w:r>
          </w:p>
        </w:tc>
        <w:tc>
          <w:tcPr>
            <w:tcW w:type="dxa" w:w="3744"/>
            <w:vAlign w:val="top"/>
            <w:tcMar>
              <w:top w:w="120" w:type="dxa"/>
              <w:start w:w="120" w:type="dxa"/>
              <w:bottom w:w="120" w:type="dxa"/>
              <w:end w:w="120" w:type="dxa"/>
            </w:tcMar>
          </w:tcPr>
          <w:p>
            <w:r/>
            <w:r>
              <w:rPr>
                <w:b w:val="0"/>
                <w:sz w:val="16"/>
              </w:rPr>
              <w:t>Gerar reconhecimento e colocar o estande na agenda.</w:t>
            </w:r>
          </w:p>
        </w:tc>
      </w:tr>
      <w:tr>
        <w:tc>
          <w:tcPr>
            <w:tcW w:type="dxa" w:w="2160"/>
            <w:vAlign w:val="top"/>
            <w:tcMar>
              <w:top w:w="120" w:type="dxa"/>
              <w:start w:w="120" w:type="dxa"/>
              <w:bottom w:w="120" w:type="dxa"/>
              <w:end w:w="120" w:type="dxa"/>
            </w:tcMar>
          </w:tcPr>
          <w:p>
            <w:r/>
            <w:r>
              <w:rPr>
                <w:b w:val="0"/>
                <w:sz w:val="16"/>
              </w:rPr>
              <w:t>Planejamento da visita</w:t>
            </w:r>
          </w:p>
        </w:tc>
        <w:tc>
          <w:tcPr>
            <w:tcW w:type="dxa" w:w="4320"/>
            <w:vAlign w:val="top"/>
            <w:tcMar>
              <w:top w:w="120" w:type="dxa"/>
              <w:start w:w="120" w:type="dxa"/>
              <w:bottom w:w="120" w:type="dxa"/>
              <w:end w:w="120" w:type="dxa"/>
            </w:tcMar>
          </w:tcPr>
          <w:p>
            <w:r/>
            <w:r>
              <w:rPr>
                <w:b w:val="0"/>
                <w:sz w:val="16"/>
              </w:rPr>
              <w:t>Lista de expositores, planta, pagina do expositor, mapa, landing page e agenda de reunioes.</w:t>
            </w:r>
          </w:p>
        </w:tc>
        <w:tc>
          <w:tcPr>
            <w:tcW w:type="dxa" w:w="3744"/>
            <w:vAlign w:val="top"/>
            <w:tcMar>
              <w:top w:w="120" w:type="dxa"/>
              <w:start w:w="120" w:type="dxa"/>
              <w:bottom w:w="120" w:type="dxa"/>
              <w:end w:w="120" w:type="dxa"/>
            </w:tcMar>
          </w:tcPr>
          <w:p>
            <w:r/>
            <w:r>
              <w:rPr>
                <w:b w:val="0"/>
                <w:sz w:val="16"/>
              </w:rPr>
              <w:t>Facilitar a escolha e a localizacao da empresa.</w:t>
            </w:r>
          </w:p>
        </w:tc>
      </w:tr>
      <w:tr>
        <w:tc>
          <w:tcPr>
            <w:tcW w:type="dxa" w:w="2160"/>
            <w:vAlign w:val="top"/>
            <w:tcMar>
              <w:top w:w="120" w:type="dxa"/>
              <w:start w:w="120" w:type="dxa"/>
              <w:bottom w:w="120" w:type="dxa"/>
              <w:end w:w="120" w:type="dxa"/>
            </w:tcMar>
          </w:tcPr>
          <w:p>
            <w:r/>
            <w:r>
              <w:rPr>
                <w:b w:val="0"/>
                <w:sz w:val="16"/>
              </w:rPr>
              <w:t>Chegada ao evento</w:t>
            </w:r>
          </w:p>
        </w:tc>
        <w:tc>
          <w:tcPr>
            <w:tcW w:type="dxa" w:w="4320"/>
            <w:vAlign w:val="top"/>
            <w:tcMar>
              <w:top w:w="120" w:type="dxa"/>
              <w:start w:w="120" w:type="dxa"/>
              <w:bottom w:w="120" w:type="dxa"/>
              <w:end w:w="120" w:type="dxa"/>
            </w:tcMar>
          </w:tcPr>
          <w:p>
            <w:r/>
            <w:r>
              <w:rPr>
                <w:b w:val="0"/>
                <w:sz w:val="16"/>
              </w:rPr>
              <w:t>Credenciamento, QR Code, materiais impressos, mapa e orientacao da equipe.</w:t>
            </w:r>
          </w:p>
        </w:tc>
        <w:tc>
          <w:tcPr>
            <w:tcW w:type="dxa" w:w="3744"/>
            <w:vAlign w:val="top"/>
            <w:tcMar>
              <w:top w:w="120" w:type="dxa"/>
              <w:start w:w="120" w:type="dxa"/>
              <w:bottom w:w="120" w:type="dxa"/>
              <w:end w:w="120" w:type="dxa"/>
            </w:tcMar>
          </w:tcPr>
          <w:p>
            <w:r/>
            <w:r>
              <w:rPr>
                <w:b w:val="0"/>
                <w:sz w:val="16"/>
              </w:rPr>
              <w:t>Reforcar a presenca e orientar o visitante.</w:t>
            </w:r>
          </w:p>
        </w:tc>
      </w:tr>
      <w:tr>
        <w:tc>
          <w:tcPr>
            <w:tcW w:type="dxa" w:w="2160"/>
            <w:vAlign w:val="top"/>
            <w:tcMar>
              <w:top w:w="120" w:type="dxa"/>
              <w:start w:w="120" w:type="dxa"/>
              <w:bottom w:w="120" w:type="dxa"/>
              <w:end w:w="120" w:type="dxa"/>
            </w:tcMar>
          </w:tcPr>
          <w:p>
            <w:r/>
            <w:r>
              <w:rPr>
                <w:b w:val="0"/>
                <w:sz w:val="16"/>
              </w:rPr>
              <w:t>Durante a circulacao</w:t>
            </w:r>
          </w:p>
        </w:tc>
        <w:tc>
          <w:tcPr>
            <w:tcW w:type="dxa" w:w="4320"/>
            <w:vAlign w:val="top"/>
            <w:tcMar>
              <w:top w:w="120" w:type="dxa"/>
              <w:start w:w="120" w:type="dxa"/>
              <w:bottom w:w="120" w:type="dxa"/>
              <w:end w:w="120" w:type="dxa"/>
            </w:tcMar>
          </w:tcPr>
          <w:p>
            <w:r/>
            <w:r>
              <w:rPr>
                <w:b w:val="0"/>
                <w:sz w:val="16"/>
              </w:rPr>
              <w:t>Banner aereo, totem, adesivo de piso, sinalizacao e posts em tempo real.</w:t>
            </w:r>
          </w:p>
        </w:tc>
        <w:tc>
          <w:tcPr>
            <w:tcW w:type="dxa" w:w="3744"/>
            <w:vAlign w:val="top"/>
            <w:tcMar>
              <w:top w:w="120" w:type="dxa"/>
              <w:start w:w="120" w:type="dxa"/>
              <w:bottom w:w="120" w:type="dxa"/>
              <w:end w:w="120" w:type="dxa"/>
            </w:tcMar>
          </w:tcPr>
          <w:p>
            <w:r/>
            <w:r>
              <w:rPr>
                <w:b w:val="0"/>
                <w:sz w:val="16"/>
              </w:rPr>
              <w:t>Direcionar o publico e aumentar o fluxo no estande.</w:t>
            </w:r>
          </w:p>
        </w:tc>
      </w:tr>
      <w:tr>
        <w:tc>
          <w:tcPr>
            <w:tcW w:type="dxa" w:w="2160"/>
            <w:vAlign w:val="top"/>
            <w:tcMar>
              <w:top w:w="120" w:type="dxa"/>
              <w:start w:w="120" w:type="dxa"/>
              <w:bottom w:w="120" w:type="dxa"/>
              <w:end w:w="120" w:type="dxa"/>
            </w:tcMar>
          </w:tcPr>
          <w:p>
            <w:r/>
            <w:r>
              <w:rPr>
                <w:b w:val="0"/>
                <w:sz w:val="16"/>
              </w:rPr>
              <w:t>Depois da visita</w:t>
            </w:r>
          </w:p>
        </w:tc>
        <w:tc>
          <w:tcPr>
            <w:tcW w:type="dxa" w:w="4320"/>
            <w:vAlign w:val="top"/>
            <w:tcMar>
              <w:top w:w="120" w:type="dxa"/>
              <w:start w:w="120" w:type="dxa"/>
              <w:bottom w:w="120" w:type="dxa"/>
              <w:end w:w="120" w:type="dxa"/>
            </w:tcMar>
          </w:tcPr>
          <w:p>
            <w:r/>
            <w:r>
              <w:rPr>
                <w:b w:val="0"/>
                <w:sz w:val="16"/>
              </w:rPr>
              <w:t>E-mail de agradecimento, material tecnico, proposta, catalogo e follow-up.</w:t>
            </w:r>
          </w:p>
        </w:tc>
        <w:tc>
          <w:tcPr>
            <w:tcW w:type="dxa" w:w="3744"/>
            <w:vAlign w:val="top"/>
            <w:tcMar>
              <w:top w:w="120" w:type="dxa"/>
              <w:start w:w="120" w:type="dxa"/>
              <w:bottom w:w="120" w:type="dxa"/>
              <w:end w:w="120" w:type="dxa"/>
            </w:tcMar>
          </w:tcPr>
          <w:p>
            <w:r/>
            <w:r>
              <w:rPr>
                <w:b w:val="0"/>
                <w:sz w:val="16"/>
              </w:rPr>
              <w:t>Dar continuidade ao relacionamento comercial.</w:t>
            </w:r>
          </w:p>
        </w:tc>
      </w:tr>
    </w:tbl>
    <w:p>
      <w:pPr>
        <w:pStyle w:val="Heading1"/>
      </w:pPr>
      <w:r>
        <w:t>6. Motivos de visita: transforme informacao em argumento</w:t>
      </w:r>
    </w:p>
    <w:p>
      <w:pPr/>
      <w:r>
        <w:t>Evite mensagens genericas. O visitante precisa entender o que ganha ao ir ate o estande. Use os campos abaixo para construir argumentos mais fortes.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  <w:tblBorders>
          <w:top w:val="single" w:sz="6" w:space="0" w:color="D9D9D9"/>
          <w:left w:val="single" w:sz="6" w:space="0" w:color="D9D9D9"/>
          <w:bottom w:val="single" w:sz="6" w:space="0" w:color="D9D9D9"/>
          <w:right w:val="single" w:sz="6" w:space="0" w:color="D9D9D9"/>
          <w:insideH w:val="single" w:sz="6" w:space="0" w:color="D9D9D9"/>
          <w:insideV w:val="single" w:sz="6" w:space="0" w:color="D9D9D9"/>
        </w:tblBorders>
      </w:tblPr>
      <w:tblGrid>
        <w:gridCol w:w="5184"/>
        <w:gridCol w:w="5184"/>
      </w:tblGrid>
      <w:tr>
        <w:tc>
          <w:tcPr>
            <w:tcW w:type="dxa" w:w="2592"/>
            <w:shd w:fill="C00000"/>
            <w:vAlign w:val="center"/>
            <w:tcMar>
              <w:top w:w="120" w:type="dxa"/>
              <w:start w:w="120" w:type="dxa"/>
              <w:bottom w:w="120" w:type="dxa"/>
              <w:end w:w="120" w:type="dxa"/>
            </w:tcMar>
          </w:tcPr>
          <w:p>
            <w:r/>
            <w:r>
              <w:rPr>
                <w:b/>
                <w:color w:val="FFFFFF"/>
                <w:sz w:val="17"/>
              </w:rPr>
              <w:t>Motivo</w:t>
            </w:r>
          </w:p>
        </w:tc>
        <w:tc>
          <w:tcPr>
            <w:tcW w:type="dxa" w:w="7632"/>
            <w:shd w:fill="C00000"/>
            <w:vAlign w:val="center"/>
            <w:tcMar>
              <w:top w:w="120" w:type="dxa"/>
              <w:start w:w="120" w:type="dxa"/>
              <w:bottom w:w="120" w:type="dxa"/>
              <w:end w:w="120" w:type="dxa"/>
            </w:tcMar>
          </w:tcPr>
          <w:p>
            <w:r/>
            <w:r>
              <w:rPr>
                <w:b/>
                <w:color w:val="FFFFFF"/>
                <w:sz w:val="17"/>
              </w:rPr>
              <w:t>Exemplo de chamada</w:t>
            </w:r>
          </w:p>
        </w:tc>
      </w:tr>
      <w:tr>
        <w:tc>
          <w:tcPr>
            <w:tcW w:type="dxa" w:w="2592"/>
            <w:vAlign w:val="top"/>
            <w:tcMar>
              <w:top w:w="120" w:type="dxa"/>
              <w:start w:w="120" w:type="dxa"/>
              <w:bottom w:w="120" w:type="dxa"/>
              <w:end w:w="120" w:type="dxa"/>
            </w:tcMar>
          </w:tcPr>
          <w:p>
            <w:r/>
            <w:r>
              <w:rPr>
                <w:b w:val="0"/>
                <w:sz w:val="17"/>
              </w:rPr>
              <w:t>Lancamento</w:t>
            </w:r>
          </w:p>
        </w:tc>
        <w:tc>
          <w:tcPr>
            <w:tcW w:type="dxa" w:w="7632"/>
            <w:vAlign w:val="top"/>
            <w:tcMar>
              <w:top w:w="120" w:type="dxa"/>
              <w:start w:w="120" w:type="dxa"/>
              <w:bottom w:w="120" w:type="dxa"/>
              <w:end w:w="120" w:type="dxa"/>
            </w:tcMar>
          </w:tcPr>
          <w:p>
            <w:r/>
            <w:r>
              <w:rPr>
                <w:b w:val="0"/>
                <w:sz w:val="17"/>
              </w:rPr>
              <w:t>Conheca em primeira mao [produto/solucao] durante o evento.</w:t>
            </w:r>
          </w:p>
        </w:tc>
      </w:tr>
      <w:tr>
        <w:tc>
          <w:tcPr>
            <w:tcW w:type="dxa" w:w="2592"/>
            <w:vAlign w:val="top"/>
            <w:tcMar>
              <w:top w:w="120" w:type="dxa"/>
              <w:start w:w="120" w:type="dxa"/>
              <w:bottom w:w="120" w:type="dxa"/>
              <w:end w:w="120" w:type="dxa"/>
            </w:tcMar>
          </w:tcPr>
          <w:p>
            <w:r/>
            <w:r>
              <w:rPr>
                <w:b w:val="0"/>
                <w:sz w:val="17"/>
              </w:rPr>
              <w:t>Demonstracao</w:t>
            </w:r>
          </w:p>
        </w:tc>
        <w:tc>
          <w:tcPr>
            <w:tcW w:type="dxa" w:w="7632"/>
            <w:vAlign w:val="top"/>
            <w:tcMar>
              <w:top w:w="120" w:type="dxa"/>
              <w:start w:w="120" w:type="dxa"/>
              <w:bottom w:w="120" w:type="dxa"/>
              <w:end w:w="120" w:type="dxa"/>
            </w:tcMar>
          </w:tcPr>
          <w:p>
            <w:r/>
            <w:r>
              <w:rPr>
                <w:b w:val="0"/>
                <w:sz w:val="17"/>
              </w:rPr>
              <w:t>Veja na pratica como [solucao] funciona e tire duvidas com especialistas.</w:t>
            </w:r>
          </w:p>
        </w:tc>
      </w:tr>
      <w:tr>
        <w:tc>
          <w:tcPr>
            <w:tcW w:type="dxa" w:w="2592"/>
            <w:vAlign w:val="top"/>
            <w:tcMar>
              <w:top w:w="120" w:type="dxa"/>
              <w:start w:w="120" w:type="dxa"/>
              <w:bottom w:w="120" w:type="dxa"/>
              <w:end w:w="120" w:type="dxa"/>
            </w:tcMar>
          </w:tcPr>
          <w:p>
            <w:r/>
            <w:r>
              <w:rPr>
                <w:b w:val="0"/>
                <w:sz w:val="17"/>
              </w:rPr>
              <w:t>Diagnostico / consultoria</w:t>
            </w:r>
          </w:p>
        </w:tc>
        <w:tc>
          <w:tcPr>
            <w:tcW w:type="dxa" w:w="7632"/>
            <w:vAlign w:val="top"/>
            <w:tcMar>
              <w:top w:w="120" w:type="dxa"/>
              <w:start w:w="120" w:type="dxa"/>
              <w:bottom w:w="120" w:type="dxa"/>
              <w:end w:w="120" w:type="dxa"/>
            </w:tcMar>
          </w:tcPr>
          <w:p>
            <w:r/>
            <w:r>
              <w:rPr>
                <w:b w:val="0"/>
                <w:sz w:val="17"/>
              </w:rPr>
              <w:t>Converse com nossa equipe para entender oportunidades de melhoria na sua operacao.</w:t>
            </w:r>
          </w:p>
        </w:tc>
      </w:tr>
      <w:tr>
        <w:tc>
          <w:tcPr>
            <w:tcW w:type="dxa" w:w="2592"/>
            <w:vAlign w:val="top"/>
            <w:tcMar>
              <w:top w:w="120" w:type="dxa"/>
              <w:start w:w="120" w:type="dxa"/>
              <w:bottom w:w="120" w:type="dxa"/>
              <w:end w:w="120" w:type="dxa"/>
            </w:tcMar>
          </w:tcPr>
          <w:p>
            <w:r/>
            <w:r>
              <w:rPr>
                <w:b w:val="0"/>
                <w:sz w:val="17"/>
              </w:rPr>
              <w:t>Condicao especial</w:t>
            </w:r>
          </w:p>
        </w:tc>
        <w:tc>
          <w:tcPr>
            <w:tcW w:type="dxa" w:w="7632"/>
            <w:vAlign w:val="top"/>
            <w:tcMar>
              <w:top w:w="120" w:type="dxa"/>
              <w:start w:w="120" w:type="dxa"/>
              <w:bottom w:w="120" w:type="dxa"/>
              <w:end w:w="120" w:type="dxa"/>
            </w:tcMar>
          </w:tcPr>
          <w:p>
            <w:r/>
            <w:r>
              <w:rPr>
                <w:b w:val="0"/>
                <w:sz w:val="17"/>
              </w:rPr>
              <w:t>Acesse condicoes ou oportunidades exclusivas para visitantes do evento.</w:t>
            </w:r>
          </w:p>
        </w:tc>
      </w:tr>
      <w:tr>
        <w:tc>
          <w:tcPr>
            <w:tcW w:type="dxa" w:w="2592"/>
            <w:vAlign w:val="top"/>
            <w:tcMar>
              <w:top w:w="120" w:type="dxa"/>
              <w:start w:w="120" w:type="dxa"/>
              <w:bottom w:w="120" w:type="dxa"/>
              <w:end w:w="120" w:type="dxa"/>
            </w:tcMar>
          </w:tcPr>
          <w:p>
            <w:r/>
            <w:r>
              <w:rPr>
                <w:b w:val="0"/>
                <w:sz w:val="17"/>
              </w:rPr>
              <w:t>Conteudo tecnico</w:t>
            </w:r>
          </w:p>
        </w:tc>
        <w:tc>
          <w:tcPr>
            <w:tcW w:type="dxa" w:w="7632"/>
            <w:vAlign w:val="top"/>
            <w:tcMar>
              <w:top w:w="120" w:type="dxa"/>
              <w:start w:w="120" w:type="dxa"/>
              <w:bottom w:w="120" w:type="dxa"/>
              <w:end w:w="120" w:type="dxa"/>
            </w:tcMar>
          </w:tcPr>
          <w:p>
            <w:r/>
            <w:r>
              <w:rPr>
                <w:b w:val="0"/>
                <w:sz w:val="17"/>
              </w:rPr>
              <w:t>Receba materiais, insights e orientacoes sobre [tema relevante].</w:t>
            </w:r>
          </w:p>
        </w:tc>
      </w:tr>
      <w:tr>
        <w:tc>
          <w:tcPr>
            <w:tcW w:type="dxa" w:w="2592"/>
            <w:vAlign w:val="top"/>
            <w:tcMar>
              <w:top w:w="120" w:type="dxa"/>
              <w:start w:w="120" w:type="dxa"/>
              <w:bottom w:w="120" w:type="dxa"/>
              <w:end w:w="120" w:type="dxa"/>
            </w:tcMar>
          </w:tcPr>
          <w:p>
            <w:r/>
            <w:r>
              <w:rPr>
                <w:b w:val="0"/>
                <w:sz w:val="17"/>
              </w:rPr>
              <w:t>Relacionamento</w:t>
            </w:r>
          </w:p>
        </w:tc>
        <w:tc>
          <w:tcPr>
            <w:tcW w:type="dxa" w:w="7632"/>
            <w:vAlign w:val="top"/>
            <w:tcMar>
              <w:top w:w="120" w:type="dxa"/>
              <w:start w:w="120" w:type="dxa"/>
              <w:bottom w:w="120" w:type="dxa"/>
              <w:end w:w="120" w:type="dxa"/>
            </w:tcMar>
          </w:tcPr>
          <w:p>
            <w:r/>
            <w:r>
              <w:rPr>
                <w:b w:val="0"/>
                <w:sz w:val="17"/>
              </w:rPr>
              <w:t>Agende uma conversa com nossa equipe para discutir seus projetos.</w:t>
            </w:r>
          </w:p>
        </w:tc>
      </w:tr>
    </w:tbl>
    <w:p>
      <w:r>
        <w:br w:type="page"/>
      </w:r>
    </w:p>
    <w:p>
      <w:pPr>
        <w:pStyle w:val="Heading1"/>
      </w:pPr>
      <w:r>
        <w:t>7. Templates de divulgacao</w:t>
      </w:r>
    </w:p>
    <w:p>
      <w:pPr>
        <w:pStyle w:val="Heading2"/>
      </w:pPr>
      <w:r>
        <w:t>E-mail convite</w:t>
      </w:r>
    </w:p>
    <w:p>
      <w:pPr/>
      <w:r>
        <w:t>Assunto: Visite a [Empresa] na [Nome do Evento]</w:t>
      </w:r>
    </w:p>
    <w:p>
      <w:pPr/>
      <w:r>
        <w:t>Ola, [Nome]. Estaremos presentes na [Nome do Evento], que acontece de [data] em [local]. Nossa equipe estara no estande [numero] apresentando [solucoes/lancamentos] para empresas que buscam [beneficio]. Gostariamos de convidar voce para nos visitar e conversar com nossos especialistas. Faca seu credenciamento pelo link [link] e, se desejar, agende um horario com nossa equipe.</w:t>
      </w:r>
    </w:p>
    <w:p>
      <w:pPr>
        <w:pStyle w:val="Heading2"/>
      </w:pPr>
      <w:r>
        <w:t>WhatsApp</w:t>
      </w:r>
    </w:p>
    <w:p>
      <w:pPr/>
      <w:r>
        <w:t>Ola, [Nome]. Tudo bem? A [Empresa] estara na [Nome do Evento], no estande [numero]. Vamos apresentar [destaque] e seria um prazer receber voce por la. Posso te enviar o link de credenciamento ou reservar um horario com nossa equipe?</w:t>
      </w:r>
    </w:p>
    <w:p>
      <w:pPr>
        <w:pStyle w:val="Heading2"/>
      </w:pPr>
      <w:r>
        <w:t>LinkedIn</w:t>
      </w:r>
    </w:p>
    <w:p>
      <w:pPr/>
      <w:r>
        <w:t>Estamos confirmados na [Nome do Evento]. Durante a feira, nossa equipe apresentara [solucoes/lancamentos] para empresas que buscam [beneficio]. Visite-nos no estande [numero] e converse com nossos especialistas. [Inserir link de credenciamento ou agendamento].</w:t>
      </w:r>
    </w:p>
    <w:p>
      <w:pPr>
        <w:pStyle w:val="Heading2"/>
      </w:pPr>
      <w:r>
        <w:t>Assinatura de e-mail</w:t>
      </w:r>
    </w:p>
    <w:p>
      <w:pPr/>
      <w:r>
        <w:t>[Empresa] na [Nome do Evento] | Visite nosso estande [numero] | [Data] | Credencie-se: [link]</w:t>
      </w:r>
    </w:p>
    <w:p>
      <w:pPr>
        <w:pStyle w:val="Heading1"/>
      </w:pPr>
      <w:r>
        <w:t>8. Cronograma de divulgacao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  <w:tblBorders>
          <w:top w:val="single" w:sz="6" w:space="0" w:color="D9D9D9"/>
          <w:left w:val="single" w:sz="6" w:space="0" w:color="D9D9D9"/>
          <w:bottom w:val="single" w:sz="6" w:space="0" w:color="D9D9D9"/>
          <w:right w:val="single" w:sz="6" w:space="0" w:color="D9D9D9"/>
          <w:insideH w:val="single" w:sz="6" w:space="0" w:color="D9D9D9"/>
          <w:insideV w:val="single" w:sz="6" w:space="0" w:color="D9D9D9"/>
        </w:tblBorders>
      </w:tblPr>
      <w:tblGrid>
        <w:gridCol w:w="3456"/>
        <w:gridCol w:w="3456"/>
        <w:gridCol w:w="3456"/>
      </w:tblGrid>
      <w:tr>
        <w:tc>
          <w:tcPr>
            <w:tcW w:type="dxa" w:w="2304"/>
            <w:shd w:fill="C00000"/>
            <w:vAlign w:val="center"/>
            <w:tcMar>
              <w:top w:w="120" w:type="dxa"/>
              <w:start w:w="120" w:type="dxa"/>
              <w:bottom w:w="120" w:type="dxa"/>
              <w:end w:w="120" w:type="dxa"/>
            </w:tcMar>
          </w:tcPr>
          <w:p>
            <w:r/>
            <w:r>
              <w:rPr>
                <w:b/>
                <w:color w:val="FFFFFF"/>
                <w:sz w:val="16"/>
              </w:rPr>
              <w:t>Periodo</w:t>
            </w:r>
          </w:p>
        </w:tc>
        <w:tc>
          <w:tcPr>
            <w:tcW w:type="dxa" w:w="6912"/>
            <w:shd w:fill="C00000"/>
            <w:vAlign w:val="center"/>
            <w:tcMar>
              <w:top w:w="120" w:type="dxa"/>
              <w:start w:w="120" w:type="dxa"/>
              <w:bottom w:w="120" w:type="dxa"/>
              <w:end w:w="120" w:type="dxa"/>
            </w:tcMar>
          </w:tcPr>
          <w:p>
            <w:r/>
            <w:r>
              <w:rPr>
                <w:b/>
                <w:color w:val="FFFFFF"/>
                <w:sz w:val="16"/>
              </w:rPr>
              <w:t>Acao recomendada</w:t>
            </w:r>
          </w:p>
        </w:tc>
        <w:tc>
          <w:tcPr>
            <w:tcW w:type="dxa" w:w="1008"/>
            <w:shd w:fill="C00000"/>
            <w:vAlign w:val="center"/>
            <w:tcMar>
              <w:top w:w="120" w:type="dxa"/>
              <w:start w:w="120" w:type="dxa"/>
              <w:bottom w:w="120" w:type="dxa"/>
              <w:end w:w="120" w:type="dxa"/>
            </w:tcMar>
          </w:tcPr>
          <w:p>
            <w:r/>
            <w:r>
              <w:rPr>
                <w:b/>
                <w:color w:val="FFFFFF"/>
                <w:sz w:val="16"/>
              </w:rPr>
              <w:t>Status</w:t>
            </w:r>
          </w:p>
        </w:tc>
      </w:tr>
      <w:tr>
        <w:tc>
          <w:tcPr>
            <w:tcW w:type="dxa" w:w="2304"/>
            <w:vAlign w:val="top"/>
            <w:tcMar>
              <w:top w:w="120" w:type="dxa"/>
              <w:start w:w="120" w:type="dxa"/>
              <w:bottom w:w="120" w:type="dxa"/>
              <w:end w:w="120" w:type="dxa"/>
            </w:tcMar>
          </w:tcPr>
          <w:p>
            <w:r/>
            <w:r>
              <w:rPr>
                <w:b w:val="0"/>
                <w:sz w:val="16"/>
              </w:rPr>
              <w:t>45 a 30 dias antes</w:t>
            </w:r>
          </w:p>
        </w:tc>
        <w:tc>
          <w:tcPr>
            <w:tcW w:type="dxa" w:w="6912"/>
            <w:vAlign w:val="top"/>
            <w:tcMar>
              <w:top w:w="120" w:type="dxa"/>
              <w:start w:w="120" w:type="dxa"/>
              <w:bottom w:w="120" w:type="dxa"/>
              <w:end w:w="120" w:type="dxa"/>
            </w:tcMar>
          </w:tcPr>
          <w:p>
            <w:r/>
            <w:r>
              <w:rPr>
                <w:b w:val="0"/>
                <w:sz w:val="16"/>
              </w:rPr>
              <w:t>Anunciar participacao e publicar save the date.</w:t>
            </w:r>
          </w:p>
        </w:tc>
        <w:tc>
          <w:tcPr>
            <w:tcW w:type="dxa" w:w="1008"/>
            <w:vAlign w:val="top"/>
            <w:tcMar>
              <w:top w:w="120" w:type="dxa"/>
              <w:start w:w="120" w:type="dxa"/>
              <w:bottom w:w="120" w:type="dxa"/>
              <w:end w:w="120" w:type="dxa"/>
            </w:tcMar>
          </w:tcPr>
          <w:p>
            <w:r/>
            <w:r>
              <w:rPr>
                <w:b w:val="0"/>
                <w:sz w:val="16"/>
              </w:rPr>
              <w:t>[ ]</w:t>
            </w:r>
          </w:p>
        </w:tc>
      </w:tr>
      <w:tr>
        <w:tc>
          <w:tcPr>
            <w:tcW w:type="dxa" w:w="2304"/>
            <w:vAlign w:val="top"/>
            <w:tcMar>
              <w:top w:w="120" w:type="dxa"/>
              <w:start w:w="120" w:type="dxa"/>
              <w:bottom w:w="120" w:type="dxa"/>
              <w:end w:w="120" w:type="dxa"/>
            </w:tcMar>
          </w:tcPr>
          <w:p>
            <w:r/>
            <w:r>
              <w:rPr>
                <w:b w:val="0"/>
                <w:sz w:val="16"/>
              </w:rPr>
              <w:t>30 a 20 dias antes</w:t>
            </w:r>
          </w:p>
        </w:tc>
        <w:tc>
          <w:tcPr>
            <w:tcW w:type="dxa" w:w="6912"/>
            <w:vAlign w:val="top"/>
            <w:tcMar>
              <w:top w:w="120" w:type="dxa"/>
              <w:start w:w="120" w:type="dxa"/>
              <w:bottom w:w="120" w:type="dxa"/>
              <w:end w:w="120" w:type="dxa"/>
            </w:tcMar>
          </w:tcPr>
          <w:p>
            <w:r/>
            <w:r>
              <w:rPr>
                <w:b w:val="0"/>
                <w:sz w:val="16"/>
              </w:rPr>
              <w:t>Divulgar solucoes, lancamentos e motivos para visitar o estande.</w:t>
            </w:r>
          </w:p>
        </w:tc>
        <w:tc>
          <w:tcPr>
            <w:tcW w:type="dxa" w:w="1008"/>
            <w:vAlign w:val="top"/>
            <w:tcMar>
              <w:top w:w="120" w:type="dxa"/>
              <w:start w:w="120" w:type="dxa"/>
              <w:bottom w:w="120" w:type="dxa"/>
              <w:end w:w="120" w:type="dxa"/>
            </w:tcMar>
          </w:tcPr>
          <w:p>
            <w:r/>
            <w:r>
              <w:rPr>
                <w:b w:val="0"/>
                <w:sz w:val="16"/>
              </w:rPr>
              <w:t>[ ]</w:t>
            </w:r>
          </w:p>
        </w:tc>
      </w:tr>
      <w:tr>
        <w:tc>
          <w:tcPr>
            <w:tcW w:type="dxa" w:w="2304"/>
            <w:vAlign w:val="top"/>
            <w:tcMar>
              <w:top w:w="120" w:type="dxa"/>
              <w:start w:w="120" w:type="dxa"/>
              <w:bottom w:w="120" w:type="dxa"/>
              <w:end w:w="120" w:type="dxa"/>
            </w:tcMar>
          </w:tcPr>
          <w:p>
            <w:r/>
            <w:r>
              <w:rPr>
                <w:b w:val="0"/>
                <w:sz w:val="16"/>
              </w:rPr>
              <w:t>20 a 10 dias antes</w:t>
            </w:r>
          </w:p>
        </w:tc>
        <w:tc>
          <w:tcPr>
            <w:tcW w:type="dxa" w:w="6912"/>
            <w:vAlign w:val="top"/>
            <w:tcMar>
              <w:top w:w="120" w:type="dxa"/>
              <w:start w:w="120" w:type="dxa"/>
              <w:bottom w:w="120" w:type="dxa"/>
              <w:end w:w="120" w:type="dxa"/>
            </w:tcMar>
          </w:tcPr>
          <w:p>
            <w:r/>
            <w:r>
              <w:rPr>
                <w:b w:val="0"/>
                <w:sz w:val="16"/>
              </w:rPr>
              <w:t>Enviar convites segmentados para clientes, prospects e parceiros.</w:t>
            </w:r>
          </w:p>
        </w:tc>
        <w:tc>
          <w:tcPr>
            <w:tcW w:type="dxa" w:w="1008"/>
            <w:vAlign w:val="top"/>
            <w:tcMar>
              <w:top w:w="120" w:type="dxa"/>
              <w:start w:w="120" w:type="dxa"/>
              <w:bottom w:w="120" w:type="dxa"/>
              <w:end w:w="120" w:type="dxa"/>
            </w:tcMar>
          </w:tcPr>
          <w:p>
            <w:r/>
            <w:r>
              <w:rPr>
                <w:b w:val="0"/>
                <w:sz w:val="16"/>
              </w:rPr>
              <w:t>[ ]</w:t>
            </w:r>
          </w:p>
        </w:tc>
      </w:tr>
      <w:tr>
        <w:tc>
          <w:tcPr>
            <w:tcW w:type="dxa" w:w="2304"/>
            <w:vAlign w:val="top"/>
            <w:tcMar>
              <w:top w:w="120" w:type="dxa"/>
              <w:start w:w="120" w:type="dxa"/>
              <w:bottom w:w="120" w:type="dxa"/>
              <w:end w:w="120" w:type="dxa"/>
            </w:tcMar>
          </w:tcPr>
          <w:p>
            <w:r/>
            <w:r>
              <w:rPr>
                <w:b w:val="0"/>
                <w:sz w:val="16"/>
              </w:rPr>
              <w:t>10 a 7 dias antes</w:t>
            </w:r>
          </w:p>
        </w:tc>
        <w:tc>
          <w:tcPr>
            <w:tcW w:type="dxa" w:w="6912"/>
            <w:vAlign w:val="top"/>
            <w:tcMar>
              <w:top w:w="120" w:type="dxa"/>
              <w:start w:w="120" w:type="dxa"/>
              <w:bottom w:w="120" w:type="dxa"/>
              <w:end w:w="120" w:type="dxa"/>
            </w:tcMar>
          </w:tcPr>
          <w:p>
            <w:r/>
            <w:r>
              <w:rPr>
                <w:b w:val="0"/>
                <w:sz w:val="16"/>
              </w:rPr>
              <w:t>Reforcar numero do estande e link de credenciamento.</w:t>
            </w:r>
          </w:p>
        </w:tc>
        <w:tc>
          <w:tcPr>
            <w:tcW w:type="dxa" w:w="1008"/>
            <w:vAlign w:val="top"/>
            <w:tcMar>
              <w:top w:w="120" w:type="dxa"/>
              <w:start w:w="120" w:type="dxa"/>
              <w:bottom w:w="120" w:type="dxa"/>
              <w:end w:w="120" w:type="dxa"/>
            </w:tcMar>
          </w:tcPr>
          <w:p>
            <w:r/>
            <w:r>
              <w:rPr>
                <w:b w:val="0"/>
                <w:sz w:val="16"/>
              </w:rPr>
              <w:t>[ ]</w:t>
            </w:r>
          </w:p>
        </w:tc>
      </w:tr>
      <w:tr>
        <w:tc>
          <w:tcPr>
            <w:tcW w:type="dxa" w:w="2304"/>
            <w:vAlign w:val="top"/>
            <w:tcMar>
              <w:top w:w="120" w:type="dxa"/>
              <w:start w:w="120" w:type="dxa"/>
              <w:bottom w:w="120" w:type="dxa"/>
              <w:end w:w="120" w:type="dxa"/>
            </w:tcMar>
          </w:tcPr>
          <w:p>
            <w:r/>
            <w:r>
              <w:rPr>
                <w:b w:val="0"/>
                <w:sz w:val="16"/>
              </w:rPr>
              <w:t>Semana do evento</w:t>
            </w:r>
          </w:p>
        </w:tc>
        <w:tc>
          <w:tcPr>
            <w:tcW w:type="dxa" w:w="6912"/>
            <w:vAlign w:val="top"/>
            <w:tcMar>
              <w:top w:w="120" w:type="dxa"/>
              <w:start w:w="120" w:type="dxa"/>
              <w:bottom w:w="120" w:type="dxa"/>
              <w:end w:w="120" w:type="dxa"/>
            </w:tcMar>
          </w:tcPr>
          <w:p>
            <w:r/>
            <w:r>
              <w:rPr>
                <w:b w:val="0"/>
                <w:sz w:val="16"/>
              </w:rPr>
              <w:t>Enviar lembretes, confirmar reunioes e publicar chamadas finais.</w:t>
            </w:r>
          </w:p>
        </w:tc>
        <w:tc>
          <w:tcPr>
            <w:tcW w:type="dxa" w:w="1008"/>
            <w:vAlign w:val="top"/>
            <w:tcMar>
              <w:top w:w="120" w:type="dxa"/>
              <w:start w:w="120" w:type="dxa"/>
              <w:bottom w:w="120" w:type="dxa"/>
              <w:end w:w="120" w:type="dxa"/>
            </w:tcMar>
          </w:tcPr>
          <w:p>
            <w:r/>
            <w:r>
              <w:rPr>
                <w:b w:val="0"/>
                <w:sz w:val="16"/>
              </w:rPr>
              <w:t>[ ]</w:t>
            </w:r>
          </w:p>
        </w:tc>
      </w:tr>
      <w:tr>
        <w:tc>
          <w:tcPr>
            <w:tcW w:type="dxa" w:w="2304"/>
            <w:vAlign w:val="top"/>
            <w:tcMar>
              <w:top w:w="120" w:type="dxa"/>
              <w:start w:w="120" w:type="dxa"/>
              <w:bottom w:w="120" w:type="dxa"/>
              <w:end w:w="120" w:type="dxa"/>
            </w:tcMar>
          </w:tcPr>
          <w:p>
            <w:r/>
            <w:r>
              <w:rPr>
                <w:b w:val="0"/>
                <w:sz w:val="16"/>
              </w:rPr>
              <w:t>Durante o evento</w:t>
            </w:r>
          </w:p>
        </w:tc>
        <w:tc>
          <w:tcPr>
            <w:tcW w:type="dxa" w:w="6912"/>
            <w:vAlign w:val="top"/>
            <w:tcMar>
              <w:top w:w="120" w:type="dxa"/>
              <w:start w:w="120" w:type="dxa"/>
              <w:bottom w:w="120" w:type="dxa"/>
              <w:end w:w="120" w:type="dxa"/>
            </w:tcMar>
          </w:tcPr>
          <w:p>
            <w:r/>
            <w:r>
              <w:rPr>
                <w:b w:val="0"/>
                <w:sz w:val="16"/>
              </w:rPr>
              <w:t>Publicar posts em tempo real e enviar lembretes para contatos prioritarios.</w:t>
            </w:r>
          </w:p>
        </w:tc>
        <w:tc>
          <w:tcPr>
            <w:tcW w:type="dxa" w:w="1008"/>
            <w:vAlign w:val="top"/>
            <w:tcMar>
              <w:top w:w="120" w:type="dxa"/>
              <w:start w:w="120" w:type="dxa"/>
              <w:bottom w:w="120" w:type="dxa"/>
              <w:end w:w="120" w:type="dxa"/>
            </w:tcMar>
          </w:tcPr>
          <w:p>
            <w:r/>
            <w:r>
              <w:rPr>
                <w:b w:val="0"/>
                <w:sz w:val="16"/>
              </w:rPr>
              <w:t>[ ]</w:t>
            </w:r>
          </w:p>
        </w:tc>
      </w:tr>
      <w:tr>
        <w:tc>
          <w:tcPr>
            <w:tcW w:type="dxa" w:w="2304"/>
            <w:vAlign w:val="top"/>
            <w:tcMar>
              <w:top w:w="120" w:type="dxa"/>
              <w:start w:w="120" w:type="dxa"/>
              <w:bottom w:w="120" w:type="dxa"/>
              <w:end w:w="120" w:type="dxa"/>
            </w:tcMar>
          </w:tcPr>
          <w:p>
            <w:r/>
            <w:r>
              <w:rPr>
                <w:b w:val="0"/>
                <w:sz w:val="16"/>
              </w:rPr>
              <w:t>Pos-evento</w:t>
            </w:r>
          </w:p>
        </w:tc>
        <w:tc>
          <w:tcPr>
            <w:tcW w:type="dxa" w:w="6912"/>
            <w:vAlign w:val="top"/>
            <w:tcMar>
              <w:top w:w="120" w:type="dxa"/>
              <w:start w:w="120" w:type="dxa"/>
              <w:bottom w:w="120" w:type="dxa"/>
              <w:end w:w="120" w:type="dxa"/>
            </w:tcMar>
          </w:tcPr>
          <w:p>
            <w:r/>
            <w:r>
              <w:rPr>
                <w:b w:val="0"/>
                <w:sz w:val="16"/>
              </w:rPr>
              <w:t>Agradecer visitas, enviar materiais e iniciar follow-up comercial.</w:t>
            </w:r>
          </w:p>
        </w:tc>
        <w:tc>
          <w:tcPr>
            <w:tcW w:type="dxa" w:w="1008"/>
            <w:vAlign w:val="top"/>
            <w:tcMar>
              <w:top w:w="120" w:type="dxa"/>
              <w:start w:w="120" w:type="dxa"/>
              <w:bottom w:w="120" w:type="dxa"/>
              <w:end w:w="120" w:type="dxa"/>
            </w:tcMar>
          </w:tcPr>
          <w:p>
            <w:r/>
            <w:r>
              <w:rPr>
                <w:b w:val="0"/>
                <w:sz w:val="16"/>
              </w:rPr>
              <w:t>[ ]</w:t>
            </w:r>
          </w:p>
        </w:tc>
      </w:tr>
    </w:tbl>
    <w:p>
      <w:r>
        <w:br w:type="page"/>
      </w:r>
    </w:p>
    <w:p>
      <w:pPr>
        <w:pStyle w:val="Heading1"/>
      </w:pPr>
      <w:r>
        <w:t>9. Checklist final da pagina/convite</w:t>
      </w:r>
    </w:p>
    <w:p>
      <w:pPr/>
      <w:r>
        <w:t>[ ] O titulo deixa claro que a empresa estara no evento.</w:t>
      </w:r>
    </w:p>
    <w:p>
      <w:pPr/>
      <w:r>
        <w:t>[ ] O numero do estande esta visivel logo no inicio.</w:t>
      </w:r>
    </w:p>
    <w:p>
      <w:pPr/>
      <w:r>
        <w:t>[ ] A pagina explica por que o visitante deve ir ao estande.</w:t>
      </w:r>
    </w:p>
    <w:p>
      <w:pPr/>
      <w:r>
        <w:t>[ ] Ha pelo menos 3 motivos claros de visita.</w:t>
      </w:r>
    </w:p>
    <w:p>
      <w:pPr/>
      <w:r>
        <w:t>[ ] Produtos, solucoes ou lancamentos estao destacados.</w:t>
      </w:r>
    </w:p>
    <w:p>
      <w:pPr/>
      <w:r>
        <w:t>[ ] Existe um CTA para credenciamento ou agendamento.</w:t>
      </w:r>
    </w:p>
    <w:p>
      <w:pPr/>
      <w:r>
        <w:t>[ ] O link de credenciamento foi testado.</w:t>
      </w:r>
    </w:p>
    <w:p>
      <w:pPr/>
      <w:r>
        <w:t>[ ] A equipe comercial tem o link da pagina/convite.</w:t>
      </w:r>
    </w:p>
    <w:p>
      <w:pPr/>
      <w:r>
        <w:t>[ ] A pagina pode ser compartilhada por WhatsApp, LinkedIn e e-mail.</w:t>
      </w:r>
    </w:p>
    <w:p>
      <w:pPr/>
      <w:r>
        <w:t>[ ] Foi definida uma forma de medir cliques, respostas ou reunioes geradas.</w:t>
      </w:r>
    </w:p>
    <w:p>
      <w:pPr>
        <w:pStyle w:val="Heading1"/>
      </w:pPr>
      <w:r>
        <w:t>10. Indicadores recomendados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  <w:tblBorders>
          <w:top w:val="single" w:sz="6" w:space="0" w:color="D9D9D9"/>
          <w:left w:val="single" w:sz="6" w:space="0" w:color="D9D9D9"/>
          <w:bottom w:val="single" w:sz="6" w:space="0" w:color="D9D9D9"/>
          <w:right w:val="single" w:sz="6" w:space="0" w:color="D9D9D9"/>
          <w:insideH w:val="single" w:sz="6" w:space="0" w:color="D9D9D9"/>
          <w:insideV w:val="single" w:sz="6" w:space="0" w:color="D9D9D9"/>
        </w:tblBorders>
      </w:tblPr>
      <w:tblGrid>
        <w:gridCol w:w="5184"/>
        <w:gridCol w:w="5184"/>
      </w:tblGrid>
      <w:tr>
        <w:tc>
          <w:tcPr>
            <w:tcW w:type="dxa" w:w="3744"/>
            <w:shd w:fill="C00000"/>
            <w:vAlign w:val="center"/>
            <w:tcMar>
              <w:top w:w="120" w:type="dxa"/>
              <w:start w:w="120" w:type="dxa"/>
              <w:bottom w:w="120" w:type="dxa"/>
              <w:end w:w="120" w:type="dxa"/>
            </w:tcMar>
          </w:tcPr>
          <w:p>
            <w:r/>
            <w:r>
              <w:rPr>
                <w:b/>
                <w:color w:val="FFFFFF"/>
                <w:sz w:val="17"/>
              </w:rPr>
              <w:t>Indicador</w:t>
            </w:r>
          </w:p>
        </w:tc>
        <w:tc>
          <w:tcPr>
            <w:tcW w:type="dxa" w:w="6480"/>
            <w:shd w:fill="C00000"/>
            <w:vAlign w:val="center"/>
            <w:tcMar>
              <w:top w:w="120" w:type="dxa"/>
              <w:start w:w="120" w:type="dxa"/>
              <w:bottom w:w="120" w:type="dxa"/>
              <w:end w:w="120" w:type="dxa"/>
            </w:tcMar>
          </w:tcPr>
          <w:p>
            <w:r/>
            <w:r>
              <w:rPr>
                <w:b/>
                <w:color w:val="FFFFFF"/>
                <w:sz w:val="17"/>
              </w:rPr>
              <w:t>Objetivo</w:t>
            </w:r>
          </w:p>
        </w:tc>
      </w:tr>
      <w:tr>
        <w:tc>
          <w:tcPr>
            <w:tcW w:type="dxa" w:w="3744"/>
            <w:vAlign w:val="top"/>
            <w:tcMar>
              <w:top w:w="120" w:type="dxa"/>
              <w:start w:w="120" w:type="dxa"/>
              <w:bottom w:w="120" w:type="dxa"/>
              <w:end w:w="120" w:type="dxa"/>
            </w:tcMar>
          </w:tcPr>
          <w:p>
            <w:r/>
            <w:r>
              <w:rPr>
                <w:b w:val="0"/>
                <w:sz w:val="17"/>
              </w:rPr>
              <w:t>Acessos a pagina/convite</w:t>
            </w:r>
          </w:p>
        </w:tc>
        <w:tc>
          <w:tcPr>
            <w:tcW w:type="dxa" w:w="6480"/>
            <w:vAlign w:val="top"/>
            <w:tcMar>
              <w:top w:w="120" w:type="dxa"/>
              <w:start w:w="120" w:type="dxa"/>
              <w:bottom w:w="120" w:type="dxa"/>
              <w:end w:w="120" w:type="dxa"/>
            </w:tcMar>
          </w:tcPr>
          <w:p>
            <w:r/>
            <w:r>
              <w:rPr>
                <w:b w:val="0"/>
                <w:sz w:val="17"/>
              </w:rPr>
              <w:t>Medir alcance da divulgacao.</w:t>
            </w:r>
          </w:p>
        </w:tc>
      </w:tr>
      <w:tr>
        <w:tc>
          <w:tcPr>
            <w:tcW w:type="dxa" w:w="3744"/>
            <w:vAlign w:val="top"/>
            <w:tcMar>
              <w:top w:w="120" w:type="dxa"/>
              <w:start w:w="120" w:type="dxa"/>
              <w:bottom w:w="120" w:type="dxa"/>
              <w:end w:w="120" w:type="dxa"/>
            </w:tcMar>
          </w:tcPr>
          <w:p>
            <w:r/>
            <w:r>
              <w:rPr>
                <w:b w:val="0"/>
                <w:sz w:val="17"/>
              </w:rPr>
              <w:t>Cliques no link de credenciamento</w:t>
            </w:r>
          </w:p>
        </w:tc>
        <w:tc>
          <w:tcPr>
            <w:tcW w:type="dxa" w:w="6480"/>
            <w:vAlign w:val="top"/>
            <w:tcMar>
              <w:top w:w="120" w:type="dxa"/>
              <w:start w:w="120" w:type="dxa"/>
              <w:bottom w:w="120" w:type="dxa"/>
              <w:end w:w="120" w:type="dxa"/>
            </w:tcMar>
          </w:tcPr>
          <w:p>
            <w:r/>
            <w:r>
              <w:rPr>
                <w:b w:val="0"/>
                <w:sz w:val="17"/>
              </w:rPr>
              <w:t>Avaliar interesse gerado.</w:t>
            </w:r>
          </w:p>
        </w:tc>
      </w:tr>
      <w:tr>
        <w:tc>
          <w:tcPr>
            <w:tcW w:type="dxa" w:w="3744"/>
            <w:vAlign w:val="top"/>
            <w:tcMar>
              <w:top w:w="120" w:type="dxa"/>
              <w:start w:w="120" w:type="dxa"/>
              <w:bottom w:w="120" w:type="dxa"/>
              <w:end w:w="120" w:type="dxa"/>
            </w:tcMar>
          </w:tcPr>
          <w:p>
            <w:r/>
            <w:r>
              <w:rPr>
                <w:b w:val="0"/>
                <w:sz w:val="17"/>
              </w:rPr>
              <w:t>Respostas aos convites</w:t>
            </w:r>
          </w:p>
        </w:tc>
        <w:tc>
          <w:tcPr>
            <w:tcW w:type="dxa" w:w="6480"/>
            <w:vAlign w:val="top"/>
            <w:tcMar>
              <w:top w:w="120" w:type="dxa"/>
              <w:start w:w="120" w:type="dxa"/>
              <w:bottom w:w="120" w:type="dxa"/>
              <w:end w:w="120" w:type="dxa"/>
            </w:tcMar>
          </w:tcPr>
          <w:p>
            <w:r/>
            <w:r>
              <w:rPr>
                <w:b w:val="0"/>
                <w:sz w:val="17"/>
              </w:rPr>
              <w:t>Medir engajamento da base.</w:t>
            </w:r>
          </w:p>
        </w:tc>
      </w:tr>
      <w:tr>
        <w:tc>
          <w:tcPr>
            <w:tcW w:type="dxa" w:w="3744"/>
            <w:vAlign w:val="top"/>
            <w:tcMar>
              <w:top w:w="120" w:type="dxa"/>
              <w:start w:w="120" w:type="dxa"/>
              <w:bottom w:w="120" w:type="dxa"/>
              <w:end w:w="120" w:type="dxa"/>
            </w:tcMar>
          </w:tcPr>
          <w:p>
            <w:r/>
            <w:r>
              <w:rPr>
                <w:b w:val="0"/>
                <w:sz w:val="17"/>
              </w:rPr>
              <w:t>Reunioes agendadas</w:t>
            </w:r>
          </w:p>
        </w:tc>
        <w:tc>
          <w:tcPr>
            <w:tcW w:type="dxa" w:w="6480"/>
            <w:vAlign w:val="top"/>
            <w:tcMar>
              <w:top w:w="120" w:type="dxa"/>
              <w:start w:w="120" w:type="dxa"/>
              <w:bottom w:w="120" w:type="dxa"/>
              <w:end w:w="120" w:type="dxa"/>
            </w:tcMar>
          </w:tcPr>
          <w:p>
            <w:r/>
            <w:r>
              <w:rPr>
                <w:b w:val="0"/>
                <w:sz w:val="17"/>
              </w:rPr>
              <w:t>Avaliar qualidade da acao.</w:t>
            </w:r>
          </w:p>
        </w:tc>
      </w:tr>
      <w:tr>
        <w:tc>
          <w:tcPr>
            <w:tcW w:type="dxa" w:w="3744"/>
            <w:vAlign w:val="top"/>
            <w:tcMar>
              <w:top w:w="120" w:type="dxa"/>
              <w:start w:w="120" w:type="dxa"/>
              <w:bottom w:w="120" w:type="dxa"/>
              <w:end w:w="120" w:type="dxa"/>
            </w:tcMar>
          </w:tcPr>
          <w:p>
            <w:r/>
            <w:r>
              <w:rPr>
                <w:b w:val="0"/>
                <w:sz w:val="17"/>
              </w:rPr>
              <w:t>Visitantes que chegaram pelo convite</w:t>
            </w:r>
          </w:p>
        </w:tc>
        <w:tc>
          <w:tcPr>
            <w:tcW w:type="dxa" w:w="6480"/>
            <w:vAlign w:val="top"/>
            <w:tcMar>
              <w:top w:w="120" w:type="dxa"/>
              <w:start w:w="120" w:type="dxa"/>
              <w:bottom w:w="120" w:type="dxa"/>
              <w:end w:w="120" w:type="dxa"/>
            </w:tcMar>
          </w:tcPr>
          <w:p>
            <w:r/>
            <w:r>
              <w:rPr>
                <w:b w:val="0"/>
                <w:sz w:val="17"/>
              </w:rPr>
              <w:t>Medir impacto real no estande.</w:t>
            </w:r>
          </w:p>
        </w:tc>
      </w:tr>
      <w:tr>
        <w:tc>
          <w:tcPr>
            <w:tcW w:type="dxa" w:w="3744"/>
            <w:vAlign w:val="top"/>
            <w:tcMar>
              <w:top w:w="120" w:type="dxa"/>
              <w:start w:w="120" w:type="dxa"/>
              <w:bottom w:w="120" w:type="dxa"/>
              <w:end w:w="120" w:type="dxa"/>
            </w:tcMar>
          </w:tcPr>
          <w:p>
            <w:r/>
            <w:r>
              <w:rPr>
                <w:b w:val="0"/>
                <w:sz w:val="17"/>
              </w:rPr>
              <w:t>Leads captados desses visitantes</w:t>
            </w:r>
          </w:p>
        </w:tc>
        <w:tc>
          <w:tcPr>
            <w:tcW w:type="dxa" w:w="6480"/>
            <w:vAlign w:val="top"/>
            <w:tcMar>
              <w:top w:w="120" w:type="dxa"/>
              <w:start w:w="120" w:type="dxa"/>
              <w:bottom w:w="120" w:type="dxa"/>
              <w:end w:w="120" w:type="dxa"/>
            </w:tcMar>
          </w:tcPr>
          <w:p>
            <w:r/>
            <w:r>
              <w:rPr>
                <w:b w:val="0"/>
                <w:sz w:val="17"/>
              </w:rPr>
              <w:t>Conectar convite a resultado comercial.</w:t>
            </w:r>
          </w:p>
        </w:tc>
      </w:tr>
      <w:tr>
        <w:tc>
          <w:tcPr>
            <w:tcW w:type="dxa" w:w="3744"/>
            <w:vAlign w:val="top"/>
            <w:tcMar>
              <w:top w:w="120" w:type="dxa"/>
              <w:start w:w="120" w:type="dxa"/>
              <w:bottom w:w="120" w:type="dxa"/>
              <w:end w:w="120" w:type="dxa"/>
            </w:tcMar>
          </w:tcPr>
          <w:p>
            <w:r/>
            <w:r>
              <w:rPr>
                <w:b w:val="0"/>
                <w:sz w:val="17"/>
              </w:rPr>
              <w:t>Oportunidades abertas</w:t>
            </w:r>
          </w:p>
        </w:tc>
        <w:tc>
          <w:tcPr>
            <w:tcW w:type="dxa" w:w="6480"/>
            <w:vAlign w:val="top"/>
            <w:tcMar>
              <w:top w:w="120" w:type="dxa"/>
              <w:start w:w="120" w:type="dxa"/>
              <w:bottom w:w="120" w:type="dxa"/>
              <w:end w:w="120" w:type="dxa"/>
            </w:tcMar>
          </w:tcPr>
          <w:p>
            <w:r/>
            <w:r>
              <w:rPr>
                <w:b w:val="0"/>
                <w:sz w:val="17"/>
              </w:rPr>
              <w:t>Medir potencial de negocios.</w:t>
            </w:r>
          </w:p>
        </w:tc>
      </w:tr>
    </w:tbl>
    <w:p>
      <w:pPr>
        <w:pStyle w:val="Heading1"/>
      </w:pPr>
      <w:r>
        <w:t>11. Observacoes para adaptar por evento</w:t>
      </w:r>
    </w:p>
    <w:p>
      <w:pPr>
        <w:pStyle w:val="ListBullet"/>
      </w:pPr>
      <w:r>
        <w:t>Substitua os campos entre colchetes pelas informacoes oficiais do evento.</w:t>
      </w:r>
    </w:p>
    <w:p>
      <w:pPr>
        <w:pStyle w:val="ListBullet"/>
      </w:pPr>
      <w:r>
        <w:t>Use sempre o link oficial de credenciamento ou o link de agendamento definido pela empresa.</w:t>
      </w:r>
    </w:p>
    <w:p>
      <w:pPr>
        <w:pStyle w:val="ListBullet"/>
      </w:pPr>
      <w:r>
        <w:t>Inclua mapa ou imagem de localizacao quando disponivel.</w:t>
      </w:r>
    </w:p>
    <w:p>
      <w:pPr>
        <w:pStyle w:val="ListBullet"/>
      </w:pPr>
      <w:r>
        <w:t>Ajuste a linguagem conforme o perfil do publico: tecnico, comercial, decisor, distribuidor ou cliente final.</w:t>
      </w:r>
    </w:p>
    <w:p>
      <w:pPr>
        <w:pStyle w:val="ListBullet"/>
      </w:pPr>
      <w:r>
        <w:t>Integre a pagina/convite ao plano de follow-up e aos materiais comerciais do expositor.</w:t>
      </w:r>
    </w:p>
    <w:sectPr w:rsidR="00FC693F" w:rsidRPr="0006063C" w:rsidSect="00034616">
      <w:footerReference w:type="default" r:id="rId9"/>
      <w:pgSz w:w="12240" w:h="15840"/>
      <w:pgMar w:top="936" w:right="936" w:bottom="936" w:left="93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color w:val="787878"/>
        <w:sz w:val="16"/>
      </w:rPr>
      <w:t>Modelo editavel para expositores - Fiera Milano Brasil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Arial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Arial"/>
      <w:b/>
      <w:bCs/>
      <w:color w:val="C00000"/>
      <w:sz w:val="36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 w:eastAsia="Arial"/>
      <w:b/>
      <w:bCs/>
      <w:color w:val="3C3C3C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 w:eastAsia="Arial"/>
      <w:b/>
      <w:bCs/>
      <w:color w:val="C00000"/>
      <w:sz w:val="2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  <w:rPr>
      <w:rFonts w:ascii="Arial" w:hAnsi="Arial" w:eastAsia="Arial"/>
      <w:sz w:val="19"/>
    </w:r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  <w:rPr>
      <w:rFonts w:ascii="Arial" w:hAnsi="Arial" w:eastAsia="Arial"/>
      <w:sz w:val="19"/>
    </w:r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