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rPr>
          <w:b/>
          <w:color w:val="F05A22"/>
          <w:sz w:val="24"/>
        </w:rPr>
        <w:t>FIERA MILANO BRASIL</w:t>
      </w:r>
    </w:p>
    <w:p>
      <w:pPr>
        <w:spacing w:after="240"/>
        <w:jc w:val="center"/>
      </w:pPr>
      <w:r>
        <w:rPr>
          <w:b/>
          <w:sz w:val="28"/>
        </w:rPr>
        <w:t>Modelo para Expositores</w:t>
      </w:r>
    </w:p>
    <w:p>
      <w:pPr>
        <w:spacing w:after="120"/>
        <w:jc w:val="center"/>
      </w:pPr>
      <w:r>
        <w:rPr>
          <w:rFonts w:ascii="Aptos Display" w:hAnsi="Aptos Display"/>
          <w:b/>
          <w:color w:val="1F1F1F"/>
          <w:sz w:val="52"/>
        </w:rPr>
        <w:t>Kit de Convite de Clientes e Prospects</w:t>
      </w:r>
    </w:p>
    <w:p>
      <w:pPr>
        <w:jc w:val="center"/>
      </w:pPr>
      <w:r>
        <w:rPr>
          <w:color w:val="505050"/>
          <w:sz w:val="22"/>
        </w:rPr>
        <w:t>Modelo editavel para planejar, segmentar e executar a comunicacao de convite antes de qualquer feira ou evento B2B.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Campo</w:t>
            </w:r>
          </w:p>
        </w:tc>
        <w:tc>
          <w:tcPr>
            <w:tcW w:type="dxa" w:w="6624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Preencher</w:t>
            </w:r>
          </w:p>
        </w:tc>
      </w:tr>
      <w:tr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Evento</w:t>
            </w:r>
          </w:p>
        </w:tc>
        <w:tc>
          <w:tcPr>
            <w:tcW w:type="dxa" w:w="66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[NOME DO EVENTO]</w:t>
            </w:r>
          </w:p>
        </w:tc>
      </w:tr>
      <w:tr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Data e horario</w:t>
            </w:r>
          </w:p>
        </w:tc>
        <w:tc>
          <w:tcPr>
            <w:tcW w:type="dxa" w:w="66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[DATA] - [HORARIO]</w:t>
            </w:r>
          </w:p>
        </w:tc>
      </w:tr>
      <w:tr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Local</w:t>
            </w:r>
          </w:p>
        </w:tc>
        <w:tc>
          <w:tcPr>
            <w:tcW w:type="dxa" w:w="66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[PAVILHAO / CIDADE]</w:t>
            </w:r>
          </w:p>
        </w:tc>
      </w:tr>
      <w:tr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Estande</w:t>
            </w:r>
          </w:p>
        </w:tc>
        <w:tc>
          <w:tcPr>
            <w:tcW w:type="dxa" w:w="66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[NUMERO / RUA]</w:t>
            </w:r>
          </w:p>
        </w:tc>
      </w:tr>
      <w:tr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Empresa expositora</w:t>
            </w:r>
          </w:p>
        </w:tc>
        <w:tc>
          <w:tcPr>
            <w:tcW w:type="dxa" w:w="66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[NOME DA EMPRESA]</w:t>
            </w:r>
          </w:p>
        </w:tc>
      </w:tr>
      <w:tr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Responsavel interno</w:t>
            </w:r>
          </w:p>
        </w:tc>
        <w:tc>
          <w:tcPr>
            <w:tcW w:type="dxa" w:w="66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[NOME / AREA]</w:t>
            </w:r>
          </w:p>
        </w:tc>
      </w:tr>
    </w:tbl>
    <w:p>
      <w:r>
        <w:br w:type="page"/>
      </w:r>
    </w:p>
    <w:p>
      <w:pPr>
        <w:pStyle w:val="Heading1"/>
      </w:pPr>
      <w:r>
        <w:rPr>
          <w:rFonts w:ascii="Aptos Display" w:hAnsi="Aptos Display"/>
          <w:color w:val="1F1F1F"/>
        </w:rPr>
        <w:t>1. Como usar este modelo</w:t>
      </w:r>
    </w:p>
    <w:p>
      <w:pPr>
        <w:spacing w:after="120" w:line="259" w:lineRule="auto"/>
      </w:pPr>
      <w:r>
        <w:rPr>
          <w:rFonts w:ascii="Aptos" w:hAnsi="Aptos"/>
          <w:b w:val="0"/>
          <w:sz w:val="20"/>
        </w:rPr>
        <w:t>Este material foi criado para ajudar empresas expositoras a convidarem clientes, prospects, parceiros e contatos estrategicos para visitar seu estande em feiras e eventos B2B. O objetivo e transformar a participacao no evento em uma acao ativa de relacionamento e geracao de oportunidades, reduzindo a dependencia apenas do fluxo espontaneo de visitantes.</w:t>
      </w:r>
    </w:p>
    <w:p>
      <w:pPr>
        <w:spacing w:after="120" w:line="259" w:lineRule="auto"/>
      </w:pPr>
      <w:r>
        <w:rPr>
          <w:rFonts w:ascii="Aptos" w:hAnsi="Aptos"/>
          <w:b w:val="0"/>
          <w:sz w:val="20"/>
        </w:rPr>
        <w:t>Substitua os campos entre colchetes pelas informacoes do evento, da empresa e do estande. Em seguida, adapte os textos de convite conforme o publico, o canal e o objetivo comercial de cada comunicacao.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Use os textos de e-mail para convites formais, segmentados e com mais contexto.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Use as mensagens de WhatsApp para contatos proximos, lembretes e confirmacoes de agenda.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Use os textos de LinkedIn para relacionamento profissional e visibilidade institucional.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Use o cronograma para planejar a frequencia dos disparos e evitar convites de ultima hora.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Use a planilha de controle para acompanhar convidados, respostas, reunioes e visitas confirmadas.</w:t>
      </w:r>
    </w:p>
    <w:p>
      <w:pPr>
        <w:pStyle w:val="Heading1"/>
      </w:pPr>
      <w:r>
        <w:rPr>
          <w:rFonts w:ascii="Aptos Display" w:hAnsi="Aptos Display"/>
          <w:color w:val="1F1F1F"/>
        </w:rPr>
        <w:t>2. Dados essenciais do convite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c>
          <w:tcPr>
            <w:tcW w:type="dxa" w:w="3600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Informacao</w:t>
            </w:r>
          </w:p>
        </w:tc>
        <w:tc>
          <w:tcPr>
            <w:tcW w:type="dxa" w:w="6048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Preencher</w:t>
            </w:r>
          </w:p>
        </w:tc>
      </w:tr>
      <w:tr>
        <w:tc>
          <w:tcPr>
            <w:tcW w:type="dxa" w:w="360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Nome do evento</w:t>
            </w:r>
          </w:p>
        </w:tc>
        <w:tc>
          <w:tcPr>
            <w:tcW w:type="dxa" w:w="604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[NOME DO EVENTO]</w:t>
            </w:r>
          </w:p>
        </w:tc>
      </w:tr>
      <w:tr>
        <w:tc>
          <w:tcPr>
            <w:tcW w:type="dxa" w:w="360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Data do evento</w:t>
            </w:r>
          </w:p>
        </w:tc>
        <w:tc>
          <w:tcPr>
            <w:tcW w:type="dxa" w:w="604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[DATA COMPLETA]</w:t>
            </w:r>
          </w:p>
        </w:tc>
      </w:tr>
      <w:tr>
        <w:tc>
          <w:tcPr>
            <w:tcW w:type="dxa" w:w="360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Horario de visitação</w:t>
            </w:r>
          </w:p>
        </w:tc>
        <w:tc>
          <w:tcPr>
            <w:tcW w:type="dxa" w:w="604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[HORARIO]</w:t>
            </w:r>
          </w:p>
        </w:tc>
      </w:tr>
      <w:tr>
        <w:tc>
          <w:tcPr>
            <w:tcW w:type="dxa" w:w="360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Local</w:t>
            </w:r>
          </w:p>
        </w:tc>
        <w:tc>
          <w:tcPr>
            <w:tcW w:type="dxa" w:w="604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[LOCAL / PAVILHAO / CIDADE]</w:t>
            </w:r>
          </w:p>
        </w:tc>
      </w:tr>
      <w:tr>
        <w:tc>
          <w:tcPr>
            <w:tcW w:type="dxa" w:w="360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Nome da empresa expositora</w:t>
            </w:r>
          </w:p>
        </w:tc>
        <w:tc>
          <w:tcPr>
            <w:tcW w:type="dxa" w:w="604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[NOME DA EMPRESA]</w:t>
            </w:r>
          </w:p>
        </w:tc>
      </w:tr>
      <w:tr>
        <w:tc>
          <w:tcPr>
            <w:tcW w:type="dxa" w:w="360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Numero do estande</w:t>
            </w:r>
          </w:p>
        </w:tc>
        <w:tc>
          <w:tcPr>
            <w:tcW w:type="dxa" w:w="604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[ESTANDE]</w:t>
            </w:r>
          </w:p>
        </w:tc>
      </w:tr>
      <w:tr>
        <w:tc>
          <w:tcPr>
            <w:tcW w:type="dxa" w:w="360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Link de credenciamento</w:t>
            </w:r>
          </w:p>
        </w:tc>
        <w:tc>
          <w:tcPr>
            <w:tcW w:type="dxa" w:w="604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[LINK]</w:t>
            </w:r>
          </w:p>
        </w:tc>
      </w:tr>
      <w:tr>
        <w:tc>
          <w:tcPr>
            <w:tcW w:type="dxa" w:w="360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Principal chamada</w:t>
            </w:r>
          </w:p>
        </w:tc>
        <w:tc>
          <w:tcPr>
            <w:tcW w:type="dxa" w:w="604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[EX.: Conheca nossos lancamentos / agende uma reuniao / veja demonstracoes ao vivo]</w:t>
            </w:r>
          </w:p>
        </w:tc>
      </w:tr>
      <w:tr>
        <w:tc>
          <w:tcPr>
            <w:tcW w:type="dxa" w:w="360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Contato para agenda</w:t>
            </w:r>
          </w:p>
        </w:tc>
        <w:tc>
          <w:tcPr>
            <w:tcW w:type="dxa" w:w="604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[NOME, E-MAIL, WHATSAPP]</w:t>
            </w:r>
          </w:p>
        </w:tc>
      </w:tr>
    </w:tbl>
    <w:p>
      <w:pPr>
        <w:pStyle w:val="Heading1"/>
      </w:pPr>
      <w:r>
        <w:rPr>
          <w:rFonts w:ascii="Aptos Display" w:hAnsi="Aptos Display"/>
          <w:color w:val="1F1F1F"/>
        </w:rPr>
        <w:t>3. Definicao dos publicos convidados</w:t>
      </w:r>
    </w:p>
    <w:p>
      <w:pPr>
        <w:spacing w:after="120" w:line="259" w:lineRule="auto"/>
      </w:pPr>
      <w:r>
        <w:rPr>
          <w:rFonts w:ascii="Aptos" w:hAnsi="Aptos"/>
          <w:b w:val="0"/>
          <w:sz w:val="20"/>
        </w:rPr>
        <w:t>Antes de enviar convites, defina quem deve ser impactado. O ideal e separar a base por prioridade e criar mensagens diferentes para cada grupo.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3456"/>
        <w:gridCol w:w="3456"/>
        <w:gridCol w:w="3456"/>
      </w:tblGrid>
      <w:tr>
        <w:tc>
          <w:tcPr>
            <w:tcW w:type="dxa" w:w="2592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Publico</w:t>
            </w:r>
          </w:p>
        </w:tc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Objetivo do convite</w:t>
            </w:r>
          </w:p>
        </w:tc>
        <w:tc>
          <w:tcPr>
            <w:tcW w:type="dxa" w:w="3888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Mensagem principal</w:t>
            </w:r>
          </w:p>
        </w:tc>
      </w:tr>
      <w:tr>
        <w:tc>
          <w:tcPr>
            <w:tcW w:type="dxa" w:w="259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Clientes ativos</w:t>
            </w:r>
          </w:p>
        </w:tc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Fortalecer relacionamento e apresentar novidades</w:t>
            </w:r>
          </w:p>
        </w:tc>
        <w:tc>
          <w:tcPr>
            <w:tcW w:type="dxa" w:w="388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Venha conhecer nossas novas solucoes e falar com nossa equipe.</w:t>
            </w:r>
          </w:p>
        </w:tc>
      </w:tr>
      <w:tr>
        <w:tc>
          <w:tcPr>
            <w:tcW w:type="dxa" w:w="259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Prospects em negociacao</w:t>
            </w:r>
          </w:p>
        </w:tc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Acelerar decisoes comerciais</w:t>
            </w:r>
          </w:p>
        </w:tc>
        <w:tc>
          <w:tcPr>
            <w:tcW w:type="dxa" w:w="388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Aproveite o evento para conhecer a solucao de perto e tirar duvidas com especialistas.</w:t>
            </w:r>
          </w:p>
        </w:tc>
      </w:tr>
      <w:tr>
        <w:tc>
          <w:tcPr>
            <w:tcW w:type="dxa" w:w="259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Leads antigos</w:t>
            </w:r>
          </w:p>
        </w:tc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Reativar conversas comerciais</w:t>
            </w:r>
          </w:p>
        </w:tc>
        <w:tc>
          <w:tcPr>
            <w:tcW w:type="dxa" w:w="388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Temos novidades que podem fazer sentido para os seus projetos atuais.</w:t>
            </w:r>
          </w:p>
        </w:tc>
      </w:tr>
      <w:tr>
        <w:tc>
          <w:tcPr>
            <w:tcW w:type="dxa" w:w="259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Parceiros e distribuidores</w:t>
            </w:r>
          </w:p>
        </w:tc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Gerar relacionamento e novas oportunidades</w:t>
            </w:r>
          </w:p>
        </w:tc>
        <w:tc>
          <w:tcPr>
            <w:tcW w:type="dxa" w:w="388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Vamos conversar sobre oportunidades de mercado e crescimento conjunto.</w:t>
            </w:r>
          </w:p>
        </w:tc>
      </w:tr>
      <w:tr>
        <w:tc>
          <w:tcPr>
            <w:tcW w:type="dxa" w:w="259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Contas estrategicas</w:t>
            </w:r>
          </w:p>
        </w:tc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Agendar reunioes qualificadas</w:t>
            </w:r>
          </w:p>
        </w:tc>
        <w:tc>
          <w:tcPr>
            <w:tcW w:type="dxa" w:w="388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Reserve um horario com nossa equipe durante o evento.</w:t>
            </w:r>
          </w:p>
        </w:tc>
      </w:tr>
      <w:tr>
        <w:tc>
          <w:tcPr>
            <w:tcW w:type="dxa" w:w="259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Imprensa e influenciadores</w:t>
            </w:r>
          </w:p>
        </w:tc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Ampliar visibilidade de lancamentos</w:t>
            </w:r>
          </w:p>
        </w:tc>
        <w:tc>
          <w:tcPr>
            <w:tcW w:type="dxa" w:w="388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Conheca os destaques que apresentaremos no evento.</w:t>
            </w:r>
          </w:p>
        </w:tc>
      </w:tr>
    </w:tbl>
    <w:p>
      <w:pPr>
        <w:pStyle w:val="Heading1"/>
      </w:pPr>
      <w:r>
        <w:rPr>
          <w:rFonts w:ascii="Aptos Display" w:hAnsi="Aptos Display"/>
          <w:color w:val="1F1F1F"/>
        </w:rPr>
        <w:t>4. Cronograma recomendado de convites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3456"/>
        <w:gridCol w:w="3456"/>
        <w:gridCol w:w="3456"/>
      </w:tblGrid>
      <w:tr>
        <w:tc>
          <w:tcPr>
            <w:tcW w:type="dxa" w:w="2304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Periodo</w:t>
            </w:r>
          </w:p>
        </w:tc>
        <w:tc>
          <w:tcPr>
            <w:tcW w:type="dxa" w:w="4608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Acao recomendada</w:t>
            </w:r>
          </w:p>
        </w:tc>
        <w:tc>
          <w:tcPr>
            <w:tcW w:type="dxa" w:w="2880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Canal</w:t>
            </w:r>
          </w:p>
        </w:tc>
      </w:tr>
      <w:tr>
        <w:tc>
          <w:tcPr>
            <w:tcW w:type="dxa" w:w="230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60 a 45 dias antes</w:t>
            </w:r>
          </w:p>
        </w:tc>
        <w:tc>
          <w:tcPr>
            <w:tcW w:type="dxa" w:w="460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Primeiro convite / save the date</w:t>
            </w:r>
          </w:p>
        </w:tc>
        <w:tc>
          <w:tcPr>
            <w:tcW w:type="dxa" w:w="288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E-mail, LinkedIn, assinatura de e-mail</w:t>
            </w:r>
          </w:p>
        </w:tc>
      </w:tr>
      <w:tr>
        <w:tc>
          <w:tcPr>
            <w:tcW w:type="dxa" w:w="230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45 a 30 dias antes</w:t>
            </w:r>
          </w:p>
        </w:tc>
        <w:tc>
          <w:tcPr>
            <w:tcW w:type="dxa" w:w="460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Convite com motivo claro para visita</w:t>
            </w:r>
          </w:p>
        </w:tc>
        <w:tc>
          <w:tcPr>
            <w:tcW w:type="dxa" w:w="288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E-mail segmentado, WhatsApp para contatos proximos</w:t>
            </w:r>
          </w:p>
        </w:tc>
      </w:tr>
      <w:tr>
        <w:tc>
          <w:tcPr>
            <w:tcW w:type="dxa" w:w="230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30 a 15 dias antes</w:t>
            </w:r>
          </w:p>
        </w:tc>
        <w:tc>
          <w:tcPr>
            <w:tcW w:type="dxa" w:w="460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Convite para agendamento de reuniao</w:t>
            </w:r>
          </w:p>
        </w:tc>
        <w:tc>
          <w:tcPr>
            <w:tcW w:type="dxa" w:w="288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E-mail, WhatsApp, telefone, LinkedIn</w:t>
            </w:r>
          </w:p>
        </w:tc>
      </w:tr>
      <w:tr>
        <w:tc>
          <w:tcPr>
            <w:tcW w:type="dxa" w:w="230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15 a 7 dias antes</w:t>
            </w:r>
          </w:p>
        </w:tc>
        <w:tc>
          <w:tcPr>
            <w:tcW w:type="dxa" w:w="460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Reforco com novidades, lancamentos e demonstracoes</w:t>
            </w:r>
          </w:p>
        </w:tc>
        <w:tc>
          <w:tcPr>
            <w:tcW w:type="dxa" w:w="288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E-mail, redes sociais, remarketing</w:t>
            </w:r>
          </w:p>
        </w:tc>
      </w:tr>
      <w:tr>
        <w:tc>
          <w:tcPr>
            <w:tcW w:type="dxa" w:w="230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Semana do evento</w:t>
            </w:r>
          </w:p>
        </w:tc>
        <w:tc>
          <w:tcPr>
            <w:tcW w:type="dxa" w:w="460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Lembrete final com estande, data, horario e link</w:t>
            </w:r>
          </w:p>
        </w:tc>
        <w:tc>
          <w:tcPr>
            <w:tcW w:type="dxa" w:w="288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WhatsApp, e-mail curto, LinkedIn</w:t>
            </w:r>
          </w:p>
        </w:tc>
      </w:tr>
      <w:tr>
        <w:tc>
          <w:tcPr>
            <w:tcW w:type="dxa" w:w="230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Durante o evento</w:t>
            </w:r>
          </w:p>
        </w:tc>
        <w:tc>
          <w:tcPr>
            <w:tcW w:type="dxa" w:w="460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Convite de ultima chamada e confirmacao de agenda</w:t>
            </w:r>
          </w:p>
        </w:tc>
        <w:tc>
          <w:tcPr>
            <w:tcW w:type="dxa" w:w="288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WhatsApp, telefone, redes sociais</w:t>
            </w:r>
          </w:p>
        </w:tc>
      </w:tr>
      <w:tr>
        <w:tc>
          <w:tcPr>
            <w:tcW w:type="dxa" w:w="230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Pos-evento</w:t>
            </w:r>
          </w:p>
        </w:tc>
        <w:tc>
          <w:tcPr>
            <w:tcW w:type="dxa" w:w="460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Agradecimento e continuidade do relacionamento</w:t>
            </w:r>
          </w:p>
        </w:tc>
        <w:tc>
          <w:tcPr>
            <w:tcW w:type="dxa" w:w="288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E-mail, WhatsApp, CRM</w:t>
            </w:r>
          </w:p>
        </w:tc>
      </w:tr>
    </w:tbl>
    <w:p>
      <w:r>
        <w:br w:type="page"/>
      </w:r>
    </w:p>
    <w:p>
      <w:pPr>
        <w:pStyle w:val="Heading1"/>
      </w:pPr>
      <w:r>
        <w:rPr>
          <w:rFonts w:ascii="Aptos Display" w:hAnsi="Aptos Display"/>
          <w:color w:val="1F1F1F"/>
        </w:rPr>
        <w:t>5. Templates de e-mail convite</w:t>
      </w:r>
    </w:p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E-mail 1 - Save the date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Assunto: [NOME DA EMPRESA] estara na [NOME DO EVENTO]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Ola, [NOME].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Temos o prazer de convidar voce para visitar a [NOME DA EMPRESA] durante a [NOME DO EVENTO], que acontece de [DATA] no [LOCAL].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Estaremos no estande [ESTANDE], apresentando nossas principais solucoes para [SEGMENTO / NECESSIDADE DO CLIENTE].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Sera uma excelente oportunidade para conhecer novidades, conversar com nossa equipe e entender como podemos apoiar seus proximos projetos.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Credencie-se pelo link: [LINK DE CREDENCIAMENTO]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Esperamos voce em nosso estande.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Atenciosamente,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[ASSINATURA]</w:t>
            </w:r>
          </w:p>
        </w:tc>
      </w:tr>
    </w:tbl>
    <w:p/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E-mail 2 - Convite com foco em novidades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Assunto: Conheca nossas novidades na [NOME DO EVENTO]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Ola, [NOME].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A [NOME DA EMPRESA] participara da [NOME DO EVENTO] e preparou uma apresentacao especial com novidades, tecnologias e solucoes para [DOR / SETOR / APLICACAO].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Durante o evento, voce podera conhecer de perto: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- [DESTAQUE 1]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- [DESTAQUE 2]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- [DESTAQUE 3]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Visite nosso estande [ESTANDE] e converse com nossa equipe.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Para facilitar sua visita, acesse o credenciamento: [LINK]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Nos vemos na feira.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Atenciosamente,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[ASSINATURA]</w:t>
            </w:r>
          </w:p>
        </w:tc>
      </w:tr>
    </w:tbl>
    <w:p/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E-mail 3 - Convite para agendamento de reuniao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Assunto: Vamos agendar uma conversa durante a [NOME DO EVENTO]?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Ola, [NOME].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Estaremos na [NOME DO EVENTO], no estande [ESTANDE], e gostaríamos de reservar um horario para conversar com voce sobre [TEMA / SOLUCAO / PROJETO].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A feira sera uma boa oportunidade para apresentar nossas solucoes, entender suas necessidades e avaliar oportunidades de parceria ou fornecimento.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Temos disponibilidade nos seguintes horarios: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- [OPCAO 1]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- [OPCAO 2]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- [OPCAO 3]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Qual horario funciona melhor para voce?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Credenciamento: [LINK]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Atenciosamente,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[ASSINATURA]</w:t>
            </w:r>
          </w:p>
        </w:tc>
      </w:tr>
    </w:tbl>
    <w:p/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E-mail 4 - Lembrete final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Assunto: Esta chegando: visite a [NOME DA EMPRESA] na [NOME DO EVENTO]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Ola, [NOME].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A [NOME DO EVENTO] comeca em breve e queremos reforcar nosso convite para voce visitar a [NOME DA EMPRESA] no estande [ESTANDE].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Data: [DATA]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Local: [LOCAL]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Estande: [ESTANDE]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Credenciamento: [LINK]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Nossa equipe estara pronta para apresentar [PRINCIPAL DESTAQUE] e conversar sobre as melhores solucoes para [SETOR / NECESSIDADE].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Esperamos sua visita.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Atenciosamente,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[ASSINATURA]</w:t>
            </w:r>
          </w:p>
        </w:tc>
      </w:tr>
    </w:tbl>
    <w:p/>
    <w:p>
      <w:pPr>
        <w:pStyle w:val="Heading1"/>
      </w:pPr>
      <w:r>
        <w:rPr>
          <w:rFonts w:ascii="Aptos Display" w:hAnsi="Aptos Display"/>
          <w:color w:val="1F1F1F"/>
        </w:rPr>
        <w:t>6. Templates de WhatsApp</w:t>
      </w:r>
    </w:p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WhatsApp 1 - Convite inicial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Ola, [NOME]. Tudo bem?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A [NOME DA EMPRESA] estara na [NOME DO EVENTO], de [DATA], no [LOCAL].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Vamos apresentar [DESTAQUE / LANCAMENTO / SOLUCAO] e seria muito bom receber voce em nosso estande [ESTANDE].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Segue o link para credenciamento: [LINK]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Espero voce por la!</w:t>
            </w:r>
          </w:p>
        </w:tc>
      </w:tr>
    </w:tbl>
    <w:p/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WhatsApp 2 - Convite para reuniao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Ola, [NOME]. Tudo bem?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Durante a [NOME DO EVENTO], nossa equipe estara no estande [ESTANDE] e gostaria de reservar um horario para conversar com voce sobre [TEMA].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Voce tem disponibilidade em algum destes horarios?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[OPCAO 1]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[OPCAO 2]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[OPCAO 3]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Vai ser uma boa oportunidade para apresentar nossas novidades e entender melhor seus proximos projetos.</w:t>
            </w:r>
          </w:p>
        </w:tc>
      </w:tr>
    </w:tbl>
    <w:p/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WhatsApp 3 - Lembrete na semana do evento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Ola, [NOME]. Passando para lembrar que a [NOME DO EVENTO] acontece nesta semana.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A [NOME DA EMPRESA] estara no estande [ESTANDE], apresentando [DESTAQUE].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Credenciamento: [LINK]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Sera um prazer receber voce por la!</w:t>
            </w:r>
          </w:p>
        </w:tc>
      </w:tr>
    </w:tbl>
    <w:p/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WhatsApp 4 - Durante o evento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Ola, [NOME]. Estamos na [NOME DO EVENTO], no estande [ESTANDE].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Nossa equipe esta apresentando [DESTAQUE / SOLUCAO] e gostaríamos muito de receber sua visita.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Estamos no [REFERENCIA DO PAVILHAO / RUA / LOCALIZACAO].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Te esperamos!</w:t>
            </w:r>
          </w:p>
        </w:tc>
      </w:tr>
    </w:tbl>
    <w:p/>
    <w:p>
      <w:pPr>
        <w:pStyle w:val="Heading1"/>
      </w:pPr>
      <w:r>
        <w:rPr>
          <w:rFonts w:ascii="Aptos Display" w:hAnsi="Aptos Display"/>
          <w:color w:val="1F1F1F"/>
        </w:rPr>
        <w:t>7. Templates para LinkedIn</w:t>
      </w:r>
    </w:p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Post institucional da empresa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A [NOME DA EMPRESA] esta confirmada na [NOME DO EVENTO].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De [DATA], estaremos no [LOCAL], estande [ESTANDE], apresentando nossas solucoes para [SEGMENTO / DOR / APLICACAO].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Sera uma oportunidade para conversar com clientes, parceiros e profissionais do setor sobre tendencias, desafios e novas oportunidades de negocio.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Credencie-se e visite nosso estande: [LINK]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#EventosB2B #[NOME_DO_EVENTO] #[SETOR]</w:t>
            </w:r>
          </w:p>
        </w:tc>
      </w:tr>
    </w:tbl>
    <w:p/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Mensagem direta no LinkedIn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Ola, [NOME]. Tudo bem?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Vi que sua atuacao tem bastante conexao com [SETOR / TEMA]. A [NOME DA EMPRESA] estara na [NOME DO EVENTO], no estande [ESTANDE], apresentando [DESTAQUE].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Acredito que pode ser interessante para voce conhecer nossas solucoes de perto.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Segue o link para credenciamento: [LINK]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Fico a disposicao para combinarmos um horario durante o evento.</w:t>
            </w:r>
          </w:p>
        </w:tc>
      </w:tr>
    </w:tbl>
    <w:p/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Post de colaborador / equipe comercial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Estarei com a equipe da [NOME DA EMPRESA] na [NOME DO EVENTO], de [DATA], no [LOCAL].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Vamos apresentar [DESTAQUE] e conversar com profissionais do setor sobre [TEMA / OPORTUNIDADE].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Quem estiver no evento, sera um prazer receber no estande [ESTANDE].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Credenciamento: [LINK]</w:t>
            </w:r>
          </w:p>
        </w:tc>
      </w:tr>
    </w:tbl>
    <w:p/>
    <w:p>
      <w:pPr>
        <w:pStyle w:val="Heading1"/>
      </w:pPr>
      <w:r>
        <w:rPr>
          <w:rFonts w:ascii="Aptos Display" w:hAnsi="Aptos Display"/>
          <w:color w:val="1F1F1F"/>
        </w:rPr>
        <w:t>8. Texto para assinatura de e-mail</w:t>
      </w:r>
    </w:p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Assinatura de e-mail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Visite a [NOME DA EMPRESA] na [NOME DO EVENTO]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[DATA] | [LOCAL] | Estande [ESTANDE]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Conheca nossas novidades para [SETOR / APLICACAO].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Credencie-se: [LINK]</w:t>
            </w:r>
          </w:p>
        </w:tc>
      </w:tr>
    </w:tbl>
    <w:p/>
    <w:p>
      <w:pPr>
        <w:pStyle w:val="Heading1"/>
      </w:pPr>
      <w:r>
        <w:rPr>
          <w:rFonts w:ascii="Aptos Display" w:hAnsi="Aptos Display"/>
          <w:color w:val="1F1F1F"/>
        </w:rPr>
        <w:t>9. Texto para banner no site ou landing page</w:t>
      </w:r>
    </w:p>
    <w:tbl>
      <w:tblPr>
        <w:tblStyle w:val="TableGrid"/>
        <w:tblW w:type="auto" w:w="0"/>
        <w:tblLook w:firstColumn="1" w:firstRow="1" w:lastColumn="0" w:lastRow="0" w:noHBand="0" w:noVBand="1" w:val="04A0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</w:tblPr>
      <w:tblGrid>
        <w:gridCol w:w="10368"/>
      </w:tblGrid>
      <w:tr>
        <w:tc>
          <w:tcPr>
            <w:tcW w:type="dxa" w:w="10368"/>
            <w:shd w:fill="1F1F1F"/>
            <w:vAlign w:val="center"/>
          </w:tcPr>
          <w:p>
            <w:r/>
            <w:r>
              <w:rPr>
                <w:b/>
                <w:color w:val="FFFFFF"/>
                <w:sz w:val="18"/>
              </w:rPr>
              <w:t>Chamada para site / landing page</w:t>
            </w:r>
          </w:p>
        </w:tc>
      </w:tr>
      <w:tr>
        <w:tc>
          <w:tcPr>
            <w:tcW w:type="dxa" w:w="10368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pPr>
              <w:spacing w:after="80"/>
            </w:pPr>
            <w:r/>
            <w:r>
              <w:rPr>
                <w:rFonts w:ascii="Aptos" w:hAnsi="Aptos"/>
                <w:sz w:val="18"/>
              </w:rPr>
              <w:t>A [NOME DA EMPRESA] esta confirmada na [NOME DO EVENTO].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Durante o evento, apresentaremos [DESTAQUE 1], [DESTAQUE 2] e [DESTAQUE 3], com foco em apoiar empresas que buscam [BENEFICIO PRINCIPAL].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Visite nosso estande [ESTANDE], converse com nossos especialistas e conheca solucoes desenvolvidas para os desafios do seu mercado.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Data: [DATA]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Local: [LOCAL]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Estande: [ESTANDE]</w:t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</w:r>
          </w:p>
          <w:p>
            <w:pPr>
              <w:spacing w:after="80"/>
            </w:pPr>
            <w:r>
              <w:rPr>
                <w:rFonts w:ascii="Aptos" w:hAnsi="Aptos"/>
                <w:sz w:val="18"/>
              </w:rPr>
              <w:t>Clique aqui e faca seu credenciamento: [LINK]</w:t>
            </w:r>
          </w:p>
        </w:tc>
      </w:tr>
    </w:tbl>
    <w:p/>
    <w:p>
      <w:pPr>
        <w:pStyle w:val="Heading1"/>
      </w:pPr>
      <w:r>
        <w:rPr>
          <w:rFonts w:ascii="Aptos Display" w:hAnsi="Aptos Display"/>
          <w:color w:val="1F1F1F"/>
        </w:rPr>
        <w:t>10. Controle de convidados e reunioes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1296"/>
        <w:gridCol w:w="1296"/>
        <w:gridCol w:w="1296"/>
        <w:gridCol w:w="1296"/>
        <w:gridCol w:w="1296"/>
        <w:gridCol w:w="1296"/>
        <w:gridCol w:w="1296"/>
        <w:gridCol w:w="1296"/>
      </w:tblGrid>
      <w:tr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Nome</w:t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Empresa</w:t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Perfil</w:t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Canal</w:t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Status do convite</w:t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Reuniao agendada</w:t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Data/horario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Observacoes</w:t>
            </w:r>
          </w:p>
        </w:tc>
      </w:tr>
      <w:tr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15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</w:tr>
    </w:tbl>
    <w:p>
      <w:pPr>
        <w:pStyle w:val="Heading1"/>
      </w:pPr>
      <w:r>
        <w:rPr>
          <w:rFonts w:ascii="Aptos Display" w:hAnsi="Aptos Display"/>
          <w:color w:val="1F1F1F"/>
        </w:rPr>
        <w:t>11. Indicadores recomendados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2592"/>
        <w:gridCol w:w="2592"/>
        <w:gridCol w:w="2592"/>
        <w:gridCol w:w="2592"/>
      </w:tblGrid>
      <w:tr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Indicador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Meta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Realizado</w:t>
            </w:r>
          </w:p>
        </w:tc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shd w:fill="1F1F1F"/>
            <w:vAlign w:val="center"/>
          </w:tcPr>
          <w:p>
            <w:r/>
            <w:r>
              <w:rPr>
                <w:b/>
                <w:color w:val="FFFFFF"/>
                <w:sz w:val="17"/>
              </w:rPr>
              <w:t>Observacoes</w:t>
            </w:r>
          </w:p>
        </w:tc>
      </w:tr>
      <w:tr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Convites enviados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Taxa de abertura dos e-mails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Cliques no link de credenciamento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Respostas recebidas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Reunioes agendadas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Clientes confirmados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Prospects confirmados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  <w:t>Visitas realizadas no estande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  <w:shd w:fill="F7F7F7"/>
          </w:tcPr>
          <w:p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3312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  <w:t>Oportunidades comerciais abertas</w:t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1728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  <w:tc>
          <w:tcPr>
            <w:tcW w:type="dxa" w:w="3024"/>
            <w:tcMar>
              <w:top w:w="80" w:type="dxa"/>
              <w:start w:w="80" w:type="dxa"/>
              <w:bottom w:w="80" w:type="dxa"/>
              <w:end w:w="80" w:type="dxa"/>
            </w:tcMar>
            <w:vAlign w:val="center"/>
          </w:tcPr>
          <w:p>
            <w:r/>
            <w:r>
              <w:rPr>
                <w:b w:val="0"/>
                <w:sz w:val="17"/>
              </w:rPr>
            </w:r>
          </w:p>
        </w:tc>
      </w:tr>
    </w:tbl>
    <w:p>
      <w:pPr>
        <w:pStyle w:val="Heading1"/>
      </w:pPr>
      <w:r>
        <w:rPr>
          <w:rFonts w:ascii="Aptos Display" w:hAnsi="Aptos Display"/>
          <w:color w:val="1F1F1F"/>
        </w:rPr>
        <w:t>12. Checklist final antes do envio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O nome do evento, data, local e numero do estande foram preenchidos corretamente.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O link de credenciamento foi testado.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A base de convidados foi segmentada por perfil e prioridade.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As mensagens foram adaptadas para clientes, prospects e parceiros.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A equipe comercial sabe quais contatos deve priorizar.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Os horarios de reuniao disponiveis foram definidos.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Os textos foram revisados antes do envio.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Foi criado um controle para acompanhar respostas e agendamentos.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Foi definido um responsavel por cada canal de convite.</w:t>
      </w:r>
    </w:p>
    <w:p>
      <w:pPr>
        <w:pStyle w:val="ListBullet"/>
        <w:spacing w:after="60"/>
      </w:pPr>
      <w:r>
        <w:rPr>
          <w:rFonts w:ascii="Aptos" w:hAnsi="Aptos"/>
          <w:sz w:val="19"/>
        </w:rPr>
        <w:t>O follow-up pos-evento ja esta planejado.</w:t>
      </w:r>
    </w:p>
    <w:p>
      <w:pPr>
        <w:pStyle w:val="Heading1"/>
      </w:pPr>
      <w:r>
        <w:rPr>
          <w:rFonts w:ascii="Aptos Display" w:hAnsi="Aptos Display"/>
          <w:color w:val="1F1F1F"/>
        </w:rPr>
        <w:t>13. Observacoes e adaptacoes para o evento</w:t>
      </w:r>
    </w:p>
    <w:p>
      <w:pPr>
        <w:spacing w:after="160"/>
      </w:pPr>
      <w:r>
        <w:t>________________________________________________________________________________________</w:t>
      </w:r>
    </w:p>
    <w:p>
      <w:pPr>
        <w:spacing w:after="160"/>
      </w:pPr>
      <w:r>
        <w:t>________________________________________________________________________________________</w:t>
      </w:r>
    </w:p>
    <w:p>
      <w:pPr>
        <w:spacing w:after="160"/>
      </w:pPr>
      <w:r>
        <w:t>________________________________________________________________________________________</w:t>
      </w:r>
    </w:p>
    <w:p>
      <w:pPr>
        <w:spacing w:after="160"/>
      </w:pPr>
      <w:r>
        <w:t>________________________________________________________________________________________</w:t>
      </w:r>
    </w:p>
    <w:p>
      <w:pPr>
        <w:spacing w:after="160"/>
      </w:pPr>
      <w:r>
        <w:t>________________________________________________________________________________________</w:t>
      </w:r>
    </w:p>
    <w:p>
      <w:pPr>
        <w:spacing w:after="160"/>
      </w:pPr>
      <w:r>
        <w:t>________________________________________________________________________________________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36" w:right="936" w:bottom="936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87878"/>
        <w:sz w:val="16"/>
      </w:rPr>
      <w:t>Modelo editavel para expositores | Fiera Milano Brasil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365F91" w:themeColor="accent1" w:themeShade="BF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